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5BA68C" w14:textId="77777777" w:rsidR="008D6A65" w:rsidRDefault="00000000" w:rsidP="00D76248">
      <w:pPr>
        <w:spacing w:before="80" w:after="200"/>
        <w:rPr>
          <w:bCs/>
          <w:szCs w:val="18"/>
          <w:lang w:eastAsia="ja-JP"/>
        </w:rPr>
      </w:pPr>
      <w:r w:rsidRPr="00D76248">
        <w:rPr>
          <w:bCs/>
          <w:szCs w:val="18"/>
          <w:lang w:eastAsia="ja-JP"/>
        </w:rPr>
        <w:t>様式第１号（第４条関係）</w:t>
      </w:r>
    </w:p>
    <w:p w14:paraId="2A0E3778" w14:textId="05E1B205" w:rsidR="00F7689C" w:rsidRPr="00D76248" w:rsidRDefault="00F7689C" w:rsidP="00F7689C">
      <w:pPr>
        <w:spacing w:before="80" w:after="200"/>
        <w:jc w:val="right"/>
        <w:rPr>
          <w:bCs/>
          <w:sz w:val="16"/>
          <w:szCs w:val="18"/>
          <w:lang w:eastAsia="ja-JP"/>
        </w:rPr>
      </w:pPr>
      <w:r>
        <w:rPr>
          <w:rFonts w:hint="eastAsia"/>
          <w:bCs/>
          <w:szCs w:val="18"/>
          <w:lang w:eastAsia="ja-JP"/>
        </w:rPr>
        <w:t>令和　年　月　日</w:t>
      </w:r>
    </w:p>
    <w:p w14:paraId="3F1E5A8D" w14:textId="7173DE33" w:rsidR="00F7689C" w:rsidRDefault="00000000" w:rsidP="00F7689C">
      <w:pPr>
        <w:spacing w:after="50"/>
        <w:ind w:left="210" w:hangingChars="100" w:hanging="210"/>
        <w:rPr>
          <w:lang w:eastAsia="ja-JP"/>
        </w:rPr>
      </w:pPr>
      <w:r>
        <w:rPr>
          <w:lang w:eastAsia="ja-JP"/>
        </w:rPr>
        <w:t xml:space="preserve">公益財団法人ふくい産業支援センター　</w:t>
      </w:r>
      <w:r w:rsidR="00D76248">
        <w:rPr>
          <w:lang w:eastAsia="ja-JP"/>
        </w:rPr>
        <w:br/>
      </w:r>
      <w:r>
        <w:rPr>
          <w:lang w:eastAsia="ja-JP"/>
        </w:rPr>
        <w:t xml:space="preserve">理事長　</w:t>
      </w:r>
      <w:r w:rsidR="00D76248">
        <w:rPr>
          <w:rFonts w:hint="eastAsia"/>
          <w:lang w:eastAsia="ja-JP"/>
        </w:rPr>
        <w:t xml:space="preserve">白嵜　淳　</w:t>
      </w:r>
      <w:r>
        <w:rPr>
          <w:lang w:eastAsia="ja-JP"/>
        </w:rPr>
        <w:t>様</w:t>
      </w:r>
    </w:p>
    <w:p w14:paraId="42CE7A75" w14:textId="77777777" w:rsidR="00F7689C" w:rsidRDefault="00F7689C" w:rsidP="00F7689C">
      <w:pPr>
        <w:spacing w:after="50"/>
        <w:ind w:left="210" w:hangingChars="100" w:hanging="210"/>
        <w:rPr>
          <w:lang w:eastAsia="ja-JP"/>
        </w:rPr>
      </w:pPr>
    </w:p>
    <w:p w14:paraId="11E3AB30" w14:textId="0A84A99E" w:rsidR="006E1C13" w:rsidRPr="00F7689C" w:rsidRDefault="00F7689C" w:rsidP="00F7689C">
      <w:pPr>
        <w:spacing w:after="160"/>
        <w:jc w:val="center"/>
        <w:rPr>
          <w:lang w:eastAsia="ja-JP"/>
        </w:rPr>
      </w:pPr>
      <w:r>
        <w:rPr>
          <w:b/>
          <w:sz w:val="26"/>
          <w:lang w:eastAsia="ja-JP"/>
        </w:rPr>
        <w:t>ＤＸ認定フォローアップ支援事業　支援</w:t>
      </w:r>
      <w:r>
        <w:rPr>
          <w:rFonts w:hint="eastAsia"/>
          <w:b/>
          <w:sz w:val="26"/>
          <w:lang w:eastAsia="ja-JP"/>
        </w:rPr>
        <w:t>申請</w:t>
      </w:r>
      <w:r>
        <w:rPr>
          <w:b/>
          <w:sz w:val="26"/>
          <w:lang w:eastAsia="ja-JP"/>
        </w:rPr>
        <w:t>書</w:t>
      </w:r>
    </w:p>
    <w:p w14:paraId="39C0A545" w14:textId="6EE0AD2C" w:rsidR="00F7689C" w:rsidRDefault="00000000" w:rsidP="00F7689C">
      <w:pPr>
        <w:spacing w:before="40" w:after="80" w:line="264" w:lineRule="auto"/>
        <w:jc w:val="center"/>
        <w:rPr>
          <w:szCs w:val="28"/>
          <w:lang w:eastAsia="ja-JP"/>
        </w:rPr>
      </w:pPr>
      <w:r w:rsidRPr="00124344">
        <w:rPr>
          <w:szCs w:val="28"/>
          <w:lang w:eastAsia="ja-JP"/>
        </w:rPr>
        <w:t>以下のとおり、ＤＸ認定フォローアップ支援事業による支援を申し込みます。</w:t>
      </w:r>
    </w:p>
    <w:p w14:paraId="7E210083" w14:textId="2EA43622" w:rsidR="007522BE" w:rsidRDefault="00F7689C" w:rsidP="00C01765">
      <w:pPr>
        <w:spacing w:before="40" w:after="80" w:line="264" w:lineRule="auto"/>
        <w:jc w:val="center"/>
        <w:rPr>
          <w:szCs w:val="28"/>
          <w:lang w:eastAsia="ja-JP"/>
        </w:rPr>
      </w:pPr>
      <w:r w:rsidRPr="00F7689C">
        <w:rPr>
          <w:rFonts w:hint="eastAsia"/>
          <w:szCs w:val="28"/>
          <w:lang w:eastAsia="ja-JP"/>
        </w:rPr>
        <w:t>記</w:t>
      </w:r>
    </w:p>
    <w:p w14:paraId="50B52EAB" w14:textId="210E0567" w:rsidR="00C01765" w:rsidRPr="00124344" w:rsidRDefault="00C01765" w:rsidP="00D76248">
      <w:pPr>
        <w:spacing w:before="40" w:after="80" w:line="264" w:lineRule="auto"/>
        <w:rPr>
          <w:color w:val="808080" w:themeColor="background1" w:themeShade="80"/>
          <w:sz w:val="18"/>
          <w:lang w:eastAsia="ja-JP"/>
        </w:rPr>
      </w:pPr>
      <w:r w:rsidRPr="00124344">
        <w:rPr>
          <w:rFonts w:hint="eastAsia"/>
          <w:color w:val="808080" w:themeColor="background1" w:themeShade="80"/>
          <w:sz w:val="18"/>
          <w:lang w:eastAsia="ja-JP"/>
        </w:rPr>
        <w:t>【企業記入欄】</w:t>
      </w:r>
      <w:r>
        <w:rPr>
          <w:rFonts w:hint="eastAsia"/>
          <w:color w:val="808080" w:themeColor="background1" w:themeShade="80"/>
          <w:sz w:val="18"/>
          <w:lang w:eastAsia="ja-JP"/>
        </w:rPr>
        <w:t xml:space="preserve">　</w:t>
      </w:r>
    </w:p>
    <w:tbl>
      <w:tblPr>
        <w:tblStyle w:val="afe"/>
        <w:tblW w:w="9926" w:type="dxa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3683"/>
        <w:gridCol w:w="3791"/>
      </w:tblGrid>
      <w:tr w:rsidR="00D76248" w14:paraId="57BACB45" w14:textId="77777777" w:rsidTr="00C01765">
        <w:trPr>
          <w:trHeight w:val="132"/>
          <w:jc w:val="center"/>
        </w:trPr>
        <w:tc>
          <w:tcPr>
            <w:tcW w:w="992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F86215C" w14:textId="034DD410" w:rsidR="00D76248" w:rsidRPr="00D76248" w:rsidRDefault="00D76248">
            <w:pPr>
              <w:spacing w:after="0" w:line="276" w:lineRule="auto"/>
              <w:rPr>
                <w:b/>
                <w:bCs/>
                <w:szCs w:val="28"/>
                <w:lang w:eastAsia="ja-JP"/>
              </w:rPr>
            </w:pPr>
            <w:r>
              <w:rPr>
                <w:rFonts w:hint="eastAsia"/>
                <w:b/>
                <w:bCs/>
                <w:szCs w:val="28"/>
                <w:lang w:eastAsia="ja-JP"/>
              </w:rPr>
              <w:t>１　企業情報</w:t>
            </w:r>
          </w:p>
        </w:tc>
      </w:tr>
      <w:tr w:rsidR="008D6A65" w14:paraId="1FEEC613" w14:textId="77777777" w:rsidTr="00124344">
        <w:trPr>
          <w:trHeight w:val="405"/>
          <w:jc w:val="center"/>
        </w:trPr>
        <w:tc>
          <w:tcPr>
            <w:tcW w:w="2452" w:type="dxa"/>
            <w:tcBorders>
              <w:top w:val="single" w:sz="4" w:space="0" w:color="B7C5D8"/>
              <w:left w:val="single" w:sz="12" w:space="0" w:color="auto"/>
              <w:bottom w:val="single" w:sz="4" w:space="0" w:color="B7C5D8"/>
              <w:right w:val="single" w:sz="4" w:space="0" w:color="B7C5D8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B4E43DA" w14:textId="77777777" w:rsidR="008D6A65" w:rsidRPr="006E1C13" w:rsidRDefault="00000000" w:rsidP="009A39AF">
            <w:pPr>
              <w:spacing w:after="0" w:line="276" w:lineRule="auto"/>
              <w:jc w:val="distribute"/>
              <w:rPr>
                <w:b/>
                <w:bCs/>
              </w:rPr>
            </w:pPr>
            <w:proofErr w:type="spellStart"/>
            <w:r w:rsidRPr="006E1C13">
              <w:rPr>
                <w:b/>
                <w:bCs/>
                <w:sz w:val="19"/>
              </w:rPr>
              <w:t>企業等名</w:t>
            </w:r>
            <w:proofErr w:type="spellEnd"/>
          </w:p>
        </w:tc>
        <w:tc>
          <w:tcPr>
            <w:tcW w:w="7474" w:type="dxa"/>
            <w:gridSpan w:val="2"/>
            <w:tcBorders>
              <w:top w:val="single" w:sz="4" w:space="0" w:color="B7C5D8"/>
              <w:left w:val="single" w:sz="4" w:space="0" w:color="B7C5D8"/>
              <w:bottom w:val="single" w:sz="4" w:space="0" w:color="B7C5D8"/>
              <w:right w:val="single" w:sz="12" w:space="0" w:color="auto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48DD345" w14:textId="77777777" w:rsidR="008D6A65" w:rsidRDefault="008D6A65" w:rsidP="007522BE">
            <w:pPr>
              <w:spacing w:after="0" w:line="276" w:lineRule="auto"/>
              <w:jc w:val="both"/>
            </w:pPr>
          </w:p>
        </w:tc>
      </w:tr>
      <w:tr w:rsidR="008D6A65" w14:paraId="51CA22DF" w14:textId="77777777" w:rsidTr="00C01765">
        <w:trPr>
          <w:trHeight w:val="495"/>
          <w:jc w:val="center"/>
        </w:trPr>
        <w:tc>
          <w:tcPr>
            <w:tcW w:w="2452" w:type="dxa"/>
            <w:tcBorders>
              <w:top w:val="single" w:sz="4" w:space="0" w:color="B7C5D8"/>
              <w:left w:val="single" w:sz="12" w:space="0" w:color="auto"/>
              <w:bottom w:val="single" w:sz="4" w:space="0" w:color="B7C5D8"/>
              <w:right w:val="single" w:sz="4" w:space="0" w:color="B7C5D8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6318FBC" w14:textId="77777777" w:rsidR="008D6A65" w:rsidRPr="006E1C13" w:rsidRDefault="00000000" w:rsidP="009A39AF">
            <w:pPr>
              <w:spacing w:after="0" w:line="276" w:lineRule="auto"/>
              <w:jc w:val="distribute"/>
              <w:rPr>
                <w:b/>
                <w:bCs/>
              </w:rPr>
            </w:pPr>
            <w:proofErr w:type="spellStart"/>
            <w:r w:rsidRPr="006E1C13">
              <w:rPr>
                <w:b/>
                <w:bCs/>
                <w:sz w:val="19"/>
              </w:rPr>
              <w:t>所在地</w:t>
            </w:r>
            <w:proofErr w:type="spellEnd"/>
          </w:p>
        </w:tc>
        <w:tc>
          <w:tcPr>
            <w:tcW w:w="7474" w:type="dxa"/>
            <w:gridSpan w:val="2"/>
            <w:tcBorders>
              <w:top w:val="single" w:sz="4" w:space="0" w:color="B7C5D8"/>
              <w:left w:val="single" w:sz="4" w:space="0" w:color="B7C5D8"/>
              <w:bottom w:val="single" w:sz="4" w:space="0" w:color="B7C5D8"/>
              <w:right w:val="single" w:sz="12" w:space="0" w:color="auto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B3FBB4F" w14:textId="77777777" w:rsidR="008D6A65" w:rsidRDefault="00000000" w:rsidP="007522BE">
            <w:pPr>
              <w:spacing w:after="0" w:line="276" w:lineRule="auto"/>
              <w:jc w:val="both"/>
              <w:rPr>
                <w:sz w:val="19"/>
              </w:rPr>
            </w:pPr>
            <w:r>
              <w:rPr>
                <w:sz w:val="19"/>
              </w:rPr>
              <w:t>〒</w:t>
            </w:r>
          </w:p>
          <w:p w14:paraId="5663E80D" w14:textId="77777777" w:rsidR="00D76248" w:rsidRDefault="00D76248" w:rsidP="007522BE">
            <w:pPr>
              <w:spacing w:after="0" w:line="276" w:lineRule="auto"/>
              <w:jc w:val="both"/>
            </w:pPr>
          </w:p>
        </w:tc>
      </w:tr>
      <w:tr w:rsidR="008D6A65" w14:paraId="77CFF923" w14:textId="77777777" w:rsidTr="00124344">
        <w:trPr>
          <w:trHeight w:val="390"/>
          <w:jc w:val="center"/>
        </w:trPr>
        <w:tc>
          <w:tcPr>
            <w:tcW w:w="2452" w:type="dxa"/>
            <w:tcBorders>
              <w:top w:val="single" w:sz="4" w:space="0" w:color="B7C5D8"/>
              <w:left w:val="single" w:sz="12" w:space="0" w:color="auto"/>
              <w:bottom w:val="single" w:sz="4" w:space="0" w:color="B7C5D8"/>
              <w:right w:val="single" w:sz="4" w:space="0" w:color="B7C5D8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2A8B148" w14:textId="77777777" w:rsidR="008D6A65" w:rsidRPr="006E1C13" w:rsidRDefault="00000000" w:rsidP="009A39AF">
            <w:pPr>
              <w:spacing w:after="0" w:line="276" w:lineRule="auto"/>
              <w:jc w:val="distribute"/>
              <w:rPr>
                <w:b/>
                <w:bCs/>
              </w:rPr>
            </w:pPr>
            <w:proofErr w:type="spellStart"/>
            <w:r w:rsidRPr="006E1C13">
              <w:rPr>
                <w:b/>
                <w:bCs/>
                <w:sz w:val="19"/>
              </w:rPr>
              <w:t>代表者役職・氏名</w:t>
            </w:r>
            <w:proofErr w:type="spellEnd"/>
          </w:p>
        </w:tc>
        <w:tc>
          <w:tcPr>
            <w:tcW w:w="7474" w:type="dxa"/>
            <w:gridSpan w:val="2"/>
            <w:tcBorders>
              <w:top w:val="single" w:sz="4" w:space="0" w:color="B7C5D8"/>
              <w:left w:val="single" w:sz="4" w:space="0" w:color="B7C5D8"/>
              <w:bottom w:val="single" w:sz="4" w:space="0" w:color="B7C5D8"/>
              <w:right w:val="single" w:sz="12" w:space="0" w:color="auto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A6030E" w14:textId="77777777" w:rsidR="008D6A65" w:rsidRDefault="008D6A65" w:rsidP="007522BE">
            <w:pPr>
              <w:spacing w:after="0" w:line="276" w:lineRule="auto"/>
              <w:jc w:val="both"/>
            </w:pPr>
          </w:p>
        </w:tc>
      </w:tr>
      <w:tr w:rsidR="008D6A65" w14:paraId="1C95278E" w14:textId="77777777" w:rsidTr="00124344">
        <w:trPr>
          <w:trHeight w:val="405"/>
          <w:jc w:val="center"/>
        </w:trPr>
        <w:tc>
          <w:tcPr>
            <w:tcW w:w="2452" w:type="dxa"/>
            <w:tcBorders>
              <w:top w:val="single" w:sz="4" w:space="0" w:color="B7C5D8"/>
              <w:left w:val="single" w:sz="12" w:space="0" w:color="auto"/>
              <w:bottom w:val="single" w:sz="4" w:space="0" w:color="B7C5D8"/>
              <w:right w:val="single" w:sz="4" w:space="0" w:color="B7C5D8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095B7BE" w14:textId="77777777" w:rsidR="008D6A65" w:rsidRPr="006E1C13" w:rsidRDefault="00000000" w:rsidP="009A39AF">
            <w:pPr>
              <w:spacing w:after="0" w:line="276" w:lineRule="auto"/>
              <w:jc w:val="distribute"/>
              <w:rPr>
                <w:b/>
                <w:bCs/>
              </w:rPr>
            </w:pPr>
            <w:proofErr w:type="spellStart"/>
            <w:r w:rsidRPr="006E1C13">
              <w:rPr>
                <w:b/>
                <w:bCs/>
                <w:sz w:val="19"/>
              </w:rPr>
              <w:t>担当者所属・氏名</w:t>
            </w:r>
            <w:proofErr w:type="spellEnd"/>
          </w:p>
        </w:tc>
        <w:tc>
          <w:tcPr>
            <w:tcW w:w="7474" w:type="dxa"/>
            <w:gridSpan w:val="2"/>
            <w:tcBorders>
              <w:top w:val="single" w:sz="4" w:space="0" w:color="B7C5D8"/>
              <w:left w:val="single" w:sz="4" w:space="0" w:color="B7C5D8"/>
              <w:bottom w:val="single" w:sz="4" w:space="0" w:color="B7C5D8"/>
              <w:right w:val="single" w:sz="12" w:space="0" w:color="auto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AB6A99A" w14:textId="77777777" w:rsidR="008D6A65" w:rsidRDefault="008D6A65" w:rsidP="007522BE">
            <w:pPr>
              <w:spacing w:after="0" w:line="276" w:lineRule="auto"/>
              <w:jc w:val="both"/>
            </w:pPr>
          </w:p>
        </w:tc>
      </w:tr>
      <w:tr w:rsidR="008D6A65" w14:paraId="65A79ABF" w14:textId="77777777" w:rsidTr="00124344">
        <w:trPr>
          <w:trHeight w:val="405"/>
          <w:jc w:val="center"/>
        </w:trPr>
        <w:tc>
          <w:tcPr>
            <w:tcW w:w="2452" w:type="dxa"/>
            <w:tcBorders>
              <w:top w:val="single" w:sz="4" w:space="0" w:color="B7C5D8"/>
              <w:left w:val="single" w:sz="12" w:space="0" w:color="auto"/>
              <w:bottom w:val="single" w:sz="4" w:space="0" w:color="B7C5D8"/>
              <w:right w:val="single" w:sz="4" w:space="0" w:color="B7C5D8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11B30D1" w14:textId="77777777" w:rsidR="008D6A65" w:rsidRPr="006E1C13" w:rsidRDefault="00000000" w:rsidP="009A39AF">
            <w:pPr>
              <w:spacing w:after="0" w:line="276" w:lineRule="auto"/>
              <w:jc w:val="distribute"/>
              <w:rPr>
                <w:b/>
                <w:bCs/>
              </w:rPr>
            </w:pPr>
            <w:proofErr w:type="spellStart"/>
            <w:r w:rsidRPr="006E1C13">
              <w:rPr>
                <w:b/>
                <w:bCs/>
                <w:sz w:val="19"/>
              </w:rPr>
              <w:t>電話番号</w:t>
            </w:r>
            <w:proofErr w:type="spellEnd"/>
          </w:p>
        </w:tc>
        <w:tc>
          <w:tcPr>
            <w:tcW w:w="7474" w:type="dxa"/>
            <w:gridSpan w:val="2"/>
            <w:tcBorders>
              <w:top w:val="single" w:sz="4" w:space="0" w:color="B7C5D8"/>
              <w:left w:val="single" w:sz="4" w:space="0" w:color="B7C5D8"/>
              <w:bottom w:val="single" w:sz="4" w:space="0" w:color="B7C5D8"/>
              <w:right w:val="single" w:sz="12" w:space="0" w:color="auto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B2C82ED" w14:textId="77777777" w:rsidR="008D6A65" w:rsidRDefault="008D6A65" w:rsidP="007522BE">
            <w:pPr>
              <w:spacing w:after="0" w:line="276" w:lineRule="auto"/>
              <w:jc w:val="both"/>
            </w:pPr>
          </w:p>
        </w:tc>
      </w:tr>
      <w:tr w:rsidR="008D6A65" w14:paraId="77A302F4" w14:textId="77777777" w:rsidTr="00124344">
        <w:trPr>
          <w:trHeight w:val="390"/>
          <w:jc w:val="center"/>
        </w:trPr>
        <w:tc>
          <w:tcPr>
            <w:tcW w:w="2452" w:type="dxa"/>
            <w:tcBorders>
              <w:top w:val="single" w:sz="4" w:space="0" w:color="B7C5D8"/>
              <w:left w:val="single" w:sz="12" w:space="0" w:color="auto"/>
              <w:bottom w:val="single" w:sz="4" w:space="0" w:color="B7C5D8"/>
              <w:right w:val="single" w:sz="4" w:space="0" w:color="B7C5D8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9E86F02" w14:textId="77777777" w:rsidR="008D6A65" w:rsidRPr="006E1C13" w:rsidRDefault="00000000" w:rsidP="009A39AF">
            <w:pPr>
              <w:spacing w:after="0" w:line="276" w:lineRule="auto"/>
              <w:jc w:val="distribute"/>
              <w:rPr>
                <w:b/>
                <w:bCs/>
              </w:rPr>
            </w:pPr>
            <w:proofErr w:type="spellStart"/>
            <w:r w:rsidRPr="006E1C13">
              <w:rPr>
                <w:b/>
                <w:bCs/>
                <w:sz w:val="19"/>
              </w:rPr>
              <w:t>メールアドレス</w:t>
            </w:r>
            <w:proofErr w:type="spellEnd"/>
          </w:p>
        </w:tc>
        <w:tc>
          <w:tcPr>
            <w:tcW w:w="7474" w:type="dxa"/>
            <w:gridSpan w:val="2"/>
            <w:tcBorders>
              <w:top w:val="single" w:sz="4" w:space="0" w:color="B7C5D8"/>
              <w:left w:val="single" w:sz="4" w:space="0" w:color="B7C5D8"/>
              <w:bottom w:val="single" w:sz="4" w:space="0" w:color="B7C5D8"/>
              <w:right w:val="single" w:sz="12" w:space="0" w:color="auto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4F78B2D" w14:textId="77777777" w:rsidR="008D6A65" w:rsidRDefault="008D6A65" w:rsidP="007522BE">
            <w:pPr>
              <w:spacing w:after="0" w:line="276" w:lineRule="auto"/>
              <w:jc w:val="both"/>
            </w:pPr>
          </w:p>
        </w:tc>
      </w:tr>
      <w:tr w:rsidR="008D6A65" w14:paraId="788D98CA" w14:textId="77777777" w:rsidTr="00124344">
        <w:trPr>
          <w:trHeight w:val="405"/>
          <w:jc w:val="center"/>
        </w:trPr>
        <w:tc>
          <w:tcPr>
            <w:tcW w:w="2452" w:type="dxa"/>
            <w:tcBorders>
              <w:top w:val="single" w:sz="4" w:space="0" w:color="B7C5D8"/>
              <w:left w:val="single" w:sz="12" w:space="0" w:color="auto"/>
              <w:bottom w:val="single" w:sz="4" w:space="0" w:color="B7C5D8"/>
              <w:right w:val="single" w:sz="4" w:space="0" w:color="B7C5D8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3B54107" w14:textId="6C97444D" w:rsidR="008D6A65" w:rsidRPr="006E1C13" w:rsidRDefault="00000000" w:rsidP="009A39AF">
            <w:pPr>
              <w:spacing w:after="0" w:line="276" w:lineRule="auto"/>
              <w:jc w:val="distribute"/>
              <w:rPr>
                <w:b/>
                <w:bCs/>
              </w:rPr>
            </w:pPr>
            <w:proofErr w:type="spellStart"/>
            <w:r w:rsidRPr="006E1C13">
              <w:rPr>
                <w:b/>
                <w:bCs/>
                <w:sz w:val="19"/>
              </w:rPr>
              <w:t>業種</w:t>
            </w:r>
            <w:proofErr w:type="spellEnd"/>
          </w:p>
        </w:tc>
        <w:tc>
          <w:tcPr>
            <w:tcW w:w="7474" w:type="dxa"/>
            <w:gridSpan w:val="2"/>
            <w:tcBorders>
              <w:top w:val="single" w:sz="4" w:space="0" w:color="B7C5D8"/>
              <w:left w:val="single" w:sz="4" w:space="0" w:color="B7C5D8"/>
              <w:bottom w:val="single" w:sz="4" w:space="0" w:color="B7C5D8"/>
              <w:right w:val="single" w:sz="12" w:space="0" w:color="auto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B8C8316" w14:textId="77777777" w:rsidR="008D6A65" w:rsidRDefault="008D6A65" w:rsidP="007522BE">
            <w:pPr>
              <w:spacing w:after="0" w:line="276" w:lineRule="auto"/>
              <w:jc w:val="both"/>
            </w:pPr>
          </w:p>
        </w:tc>
      </w:tr>
      <w:tr w:rsidR="00C01765" w14:paraId="5CD5B27D" w14:textId="77777777" w:rsidTr="00124344">
        <w:trPr>
          <w:trHeight w:val="405"/>
          <w:jc w:val="center"/>
        </w:trPr>
        <w:tc>
          <w:tcPr>
            <w:tcW w:w="2452" w:type="dxa"/>
            <w:tcBorders>
              <w:top w:val="single" w:sz="4" w:space="0" w:color="B7C5D8"/>
              <w:left w:val="single" w:sz="12" w:space="0" w:color="auto"/>
              <w:bottom w:val="single" w:sz="4" w:space="0" w:color="B7C5D8"/>
              <w:right w:val="single" w:sz="4" w:space="0" w:color="B7C5D8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3F030A4" w14:textId="1A4DC1D8" w:rsidR="00C01765" w:rsidRPr="006E1C13" w:rsidRDefault="00C01765" w:rsidP="009A39AF">
            <w:pPr>
              <w:spacing w:after="0" w:line="276" w:lineRule="auto"/>
              <w:jc w:val="distribute"/>
              <w:rPr>
                <w:b/>
                <w:bCs/>
                <w:sz w:val="19"/>
              </w:rPr>
            </w:pPr>
            <w:r>
              <w:rPr>
                <w:rFonts w:hint="eastAsia"/>
                <w:b/>
                <w:bCs/>
                <w:sz w:val="19"/>
                <w:lang w:eastAsia="ja-JP"/>
              </w:rPr>
              <w:t>資本金</w:t>
            </w:r>
          </w:p>
        </w:tc>
        <w:tc>
          <w:tcPr>
            <w:tcW w:w="7474" w:type="dxa"/>
            <w:gridSpan w:val="2"/>
            <w:tcBorders>
              <w:top w:val="single" w:sz="4" w:space="0" w:color="B7C5D8"/>
              <w:left w:val="single" w:sz="4" w:space="0" w:color="B7C5D8"/>
              <w:bottom w:val="single" w:sz="4" w:space="0" w:color="B7C5D8"/>
              <w:right w:val="single" w:sz="12" w:space="0" w:color="auto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086C238" w14:textId="2E9106C1" w:rsidR="00C01765" w:rsidRDefault="00C01765" w:rsidP="007522BE">
            <w:pPr>
              <w:spacing w:after="0" w:line="276" w:lineRule="auto"/>
              <w:jc w:val="both"/>
            </w:pPr>
            <w:r>
              <w:rPr>
                <w:rFonts w:hint="eastAsia"/>
                <w:lang w:eastAsia="ja-JP"/>
              </w:rPr>
              <w:t xml:space="preserve">　　　　　　　　　　　　　万円</w:t>
            </w:r>
          </w:p>
        </w:tc>
      </w:tr>
      <w:tr w:rsidR="008D6A65" w14:paraId="59A7822D" w14:textId="77777777" w:rsidTr="00C01765">
        <w:trPr>
          <w:trHeight w:val="360"/>
          <w:jc w:val="center"/>
        </w:trPr>
        <w:tc>
          <w:tcPr>
            <w:tcW w:w="2452" w:type="dxa"/>
            <w:tcBorders>
              <w:top w:val="single" w:sz="4" w:space="0" w:color="B7C5D8"/>
              <w:left w:val="single" w:sz="12" w:space="0" w:color="auto"/>
              <w:bottom w:val="single" w:sz="12" w:space="0" w:color="auto"/>
              <w:right w:val="single" w:sz="4" w:space="0" w:color="B7C5D8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B2B6741" w14:textId="77777777" w:rsidR="008D6A65" w:rsidRPr="006E1C13" w:rsidRDefault="00000000" w:rsidP="009A39AF">
            <w:pPr>
              <w:spacing w:after="0" w:line="276" w:lineRule="auto"/>
              <w:jc w:val="distribute"/>
              <w:rPr>
                <w:b/>
                <w:bCs/>
              </w:rPr>
            </w:pPr>
            <w:proofErr w:type="spellStart"/>
            <w:r w:rsidRPr="006E1C13">
              <w:rPr>
                <w:b/>
                <w:bCs/>
                <w:sz w:val="19"/>
              </w:rPr>
              <w:t>従業員数</w:t>
            </w:r>
            <w:proofErr w:type="spellEnd"/>
          </w:p>
        </w:tc>
        <w:tc>
          <w:tcPr>
            <w:tcW w:w="7474" w:type="dxa"/>
            <w:gridSpan w:val="2"/>
            <w:tcBorders>
              <w:top w:val="single" w:sz="4" w:space="0" w:color="B7C5D8"/>
              <w:left w:val="single" w:sz="4" w:space="0" w:color="B7C5D8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B251BC6" w14:textId="2F1BE588" w:rsidR="008D6A65" w:rsidRDefault="006E1C13" w:rsidP="007522BE">
            <w:pPr>
              <w:spacing w:after="0" w:line="276" w:lineRule="auto"/>
              <w:jc w:val="both"/>
            </w:pPr>
            <w:r>
              <w:rPr>
                <w:rFonts w:hint="eastAsia"/>
                <w:sz w:val="19"/>
                <w:lang w:eastAsia="ja-JP"/>
              </w:rPr>
              <w:t xml:space="preserve">　　　　　　　</w:t>
            </w:r>
            <w:r w:rsidR="00C01765">
              <w:rPr>
                <w:rFonts w:hint="eastAsia"/>
                <w:sz w:val="19"/>
                <w:lang w:eastAsia="ja-JP"/>
              </w:rPr>
              <w:t xml:space="preserve">　　　　　　　　</w:t>
            </w:r>
            <w:r w:rsidR="00C01765">
              <w:rPr>
                <w:sz w:val="19"/>
                <w:lang w:eastAsia="ja-JP"/>
              </w:rPr>
              <w:t xml:space="preserve">  </w:t>
            </w:r>
            <w:r w:rsidRPr="00C01765">
              <w:rPr>
                <w:szCs w:val="28"/>
              </w:rPr>
              <w:t>名</w:t>
            </w:r>
          </w:p>
        </w:tc>
      </w:tr>
      <w:tr w:rsidR="00C01765" w14:paraId="25032765" w14:textId="77777777" w:rsidTr="00C01765">
        <w:trPr>
          <w:trHeight w:val="360"/>
          <w:jc w:val="center"/>
        </w:trPr>
        <w:tc>
          <w:tcPr>
            <w:tcW w:w="9926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3E57695" w14:textId="77777777" w:rsidR="00C01765" w:rsidRDefault="00C01765" w:rsidP="007522BE">
            <w:pPr>
              <w:spacing w:after="0" w:line="276" w:lineRule="auto"/>
              <w:jc w:val="both"/>
              <w:rPr>
                <w:sz w:val="19"/>
                <w:lang w:eastAsia="ja-JP"/>
              </w:rPr>
            </w:pPr>
          </w:p>
        </w:tc>
      </w:tr>
      <w:tr w:rsidR="00D76248" w14:paraId="7C7F11E9" w14:textId="77777777" w:rsidTr="00C96667">
        <w:trPr>
          <w:trHeight w:val="390"/>
          <w:jc w:val="center"/>
        </w:trPr>
        <w:tc>
          <w:tcPr>
            <w:tcW w:w="992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B295A6D" w14:textId="6A8DC0A7" w:rsidR="00D76248" w:rsidRPr="00D76248" w:rsidRDefault="00D76248" w:rsidP="007522BE">
            <w:pPr>
              <w:spacing w:after="0" w:line="276" w:lineRule="auto"/>
              <w:jc w:val="both"/>
              <w:rPr>
                <w:b/>
                <w:bCs/>
                <w:sz w:val="19"/>
              </w:rPr>
            </w:pPr>
            <w:r w:rsidRPr="00D76248">
              <w:rPr>
                <w:rFonts w:hint="eastAsia"/>
                <w:b/>
                <w:bCs/>
                <w:sz w:val="20"/>
                <w:szCs w:val="24"/>
                <w:lang w:eastAsia="ja-JP"/>
              </w:rPr>
              <w:t>２　申請区分</w:t>
            </w:r>
          </w:p>
        </w:tc>
      </w:tr>
      <w:tr w:rsidR="008D6A65" w14:paraId="4C35E858" w14:textId="77777777" w:rsidTr="00C96667">
        <w:trPr>
          <w:trHeight w:val="360"/>
          <w:jc w:val="center"/>
        </w:trPr>
        <w:tc>
          <w:tcPr>
            <w:tcW w:w="2452" w:type="dxa"/>
            <w:tcBorders>
              <w:top w:val="single" w:sz="12" w:space="0" w:color="auto"/>
              <w:left w:val="single" w:sz="12" w:space="0" w:color="auto"/>
              <w:bottom w:val="single" w:sz="4" w:space="0" w:color="B7C5D8"/>
              <w:right w:val="single" w:sz="4" w:space="0" w:color="B7C5D8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6781629" w14:textId="39ADD362" w:rsidR="008D6A65" w:rsidRPr="006E1C13" w:rsidRDefault="00D76248" w:rsidP="009A39AF">
            <w:pPr>
              <w:spacing w:after="0" w:line="276" w:lineRule="auto"/>
              <w:jc w:val="distribute"/>
              <w:rPr>
                <w:b/>
                <w:bCs/>
              </w:rPr>
            </w:pPr>
            <w:r w:rsidRPr="006E1C13">
              <w:rPr>
                <w:rFonts w:hint="eastAsia"/>
                <w:b/>
                <w:bCs/>
                <w:sz w:val="19"/>
                <w:lang w:eastAsia="ja-JP"/>
              </w:rPr>
              <w:t>申請</w:t>
            </w:r>
            <w:proofErr w:type="spellStart"/>
            <w:r w:rsidRPr="006E1C13">
              <w:rPr>
                <w:b/>
                <w:bCs/>
                <w:sz w:val="19"/>
              </w:rPr>
              <w:t>区分</w:t>
            </w:r>
            <w:proofErr w:type="spellEnd"/>
          </w:p>
        </w:tc>
        <w:tc>
          <w:tcPr>
            <w:tcW w:w="7474" w:type="dxa"/>
            <w:gridSpan w:val="2"/>
            <w:tcBorders>
              <w:top w:val="single" w:sz="12" w:space="0" w:color="auto"/>
              <w:left w:val="single" w:sz="4" w:space="0" w:color="B7C5D8"/>
              <w:bottom w:val="single" w:sz="4" w:space="0" w:color="B7C5D8"/>
              <w:right w:val="single" w:sz="12" w:space="0" w:color="auto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7F71037" w14:textId="77777777" w:rsidR="008D6A65" w:rsidRDefault="00000000" w:rsidP="007522BE">
            <w:pPr>
              <w:spacing w:after="0" w:line="276" w:lineRule="auto"/>
              <w:jc w:val="both"/>
              <w:rPr>
                <w:lang w:eastAsia="ja-JP"/>
              </w:rPr>
            </w:pPr>
            <w:r>
              <w:rPr>
                <w:sz w:val="19"/>
                <w:lang w:eastAsia="ja-JP"/>
              </w:rPr>
              <w:t>□ 新規取得　　□ 更新にあわせた計画見直し　　□ その他認定内容の見直し・活用</w:t>
            </w:r>
          </w:p>
        </w:tc>
      </w:tr>
      <w:tr w:rsidR="00C01765" w14:paraId="5B8A4C89" w14:textId="77777777" w:rsidTr="00C96667">
        <w:trPr>
          <w:trHeight w:val="360"/>
          <w:jc w:val="center"/>
        </w:trPr>
        <w:tc>
          <w:tcPr>
            <w:tcW w:w="2452" w:type="dxa"/>
            <w:tcBorders>
              <w:top w:val="single" w:sz="4" w:space="0" w:color="B7C5D8"/>
              <w:left w:val="single" w:sz="12" w:space="0" w:color="auto"/>
              <w:bottom w:val="single" w:sz="4" w:space="0" w:color="B7C5D8"/>
              <w:right w:val="single" w:sz="4" w:space="0" w:color="B7C5D8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F895627" w14:textId="36C5D145" w:rsidR="00C01765" w:rsidRPr="006E1C13" w:rsidRDefault="00C01765" w:rsidP="00C01765">
            <w:pPr>
              <w:spacing w:after="0" w:line="276" w:lineRule="auto"/>
              <w:jc w:val="distribute"/>
              <w:rPr>
                <w:b/>
                <w:bCs/>
                <w:sz w:val="19"/>
                <w:lang w:eastAsia="ja-JP"/>
              </w:rPr>
            </w:pPr>
            <w:r w:rsidRPr="006E1C13">
              <w:rPr>
                <w:b/>
                <w:bCs/>
                <w:sz w:val="19"/>
                <w:lang w:eastAsia="ja-JP"/>
              </w:rPr>
              <w:t>取得・更新等の希望時期</w:t>
            </w:r>
          </w:p>
        </w:tc>
        <w:tc>
          <w:tcPr>
            <w:tcW w:w="7474" w:type="dxa"/>
            <w:gridSpan w:val="2"/>
            <w:tcBorders>
              <w:top w:val="single" w:sz="4" w:space="0" w:color="B7C5D8"/>
              <w:left w:val="single" w:sz="4" w:space="0" w:color="B7C5D8"/>
              <w:bottom w:val="single" w:sz="4" w:space="0" w:color="B7C5D8"/>
              <w:right w:val="single" w:sz="12" w:space="0" w:color="auto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2BB03B8" w14:textId="5B2CCF10" w:rsidR="00C01765" w:rsidRDefault="00C01765" w:rsidP="00C01765">
            <w:pPr>
              <w:spacing w:after="0" w:line="276" w:lineRule="auto"/>
              <w:jc w:val="both"/>
              <w:rPr>
                <w:sz w:val="19"/>
                <w:lang w:eastAsia="ja-JP"/>
              </w:rPr>
            </w:pPr>
            <w:proofErr w:type="spellStart"/>
            <w:r>
              <w:rPr>
                <w:sz w:val="19"/>
              </w:rPr>
              <w:t>令和</w:t>
            </w:r>
            <w:proofErr w:type="spellEnd"/>
            <w:r>
              <w:rPr>
                <w:sz w:val="19"/>
              </w:rPr>
              <w:t xml:space="preserve">　　年　　</w:t>
            </w:r>
            <w:proofErr w:type="spellStart"/>
            <w:r>
              <w:rPr>
                <w:sz w:val="19"/>
              </w:rPr>
              <w:t>月頃</w:t>
            </w:r>
            <w:proofErr w:type="spellEnd"/>
          </w:p>
        </w:tc>
      </w:tr>
      <w:tr w:rsidR="00C01765" w14:paraId="39D1DF07" w14:textId="77777777" w:rsidTr="00C96667">
        <w:trPr>
          <w:trHeight w:val="360"/>
          <w:jc w:val="center"/>
        </w:trPr>
        <w:tc>
          <w:tcPr>
            <w:tcW w:w="2452" w:type="dxa"/>
            <w:tcBorders>
              <w:top w:val="single" w:sz="4" w:space="0" w:color="B7C5D8"/>
              <w:left w:val="single" w:sz="12" w:space="0" w:color="auto"/>
              <w:bottom w:val="single" w:sz="4" w:space="0" w:color="B7C5D8"/>
              <w:right w:val="single" w:sz="4" w:space="0" w:color="B7C5D8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FE11CDC" w14:textId="31816B8E" w:rsidR="00C01765" w:rsidRPr="006E1C13" w:rsidRDefault="00C01765" w:rsidP="00C01765">
            <w:pPr>
              <w:spacing w:after="0" w:line="276" w:lineRule="auto"/>
              <w:jc w:val="distribute"/>
              <w:rPr>
                <w:b/>
                <w:bCs/>
                <w:sz w:val="19"/>
                <w:lang w:eastAsia="ja-JP"/>
              </w:rPr>
            </w:pPr>
            <w:proofErr w:type="spellStart"/>
            <w:r w:rsidRPr="006E1C13">
              <w:rPr>
                <w:b/>
                <w:bCs/>
                <w:sz w:val="19"/>
              </w:rPr>
              <w:t>既認定企業の場合</w:t>
            </w:r>
            <w:proofErr w:type="spellEnd"/>
          </w:p>
        </w:tc>
        <w:tc>
          <w:tcPr>
            <w:tcW w:w="7474" w:type="dxa"/>
            <w:gridSpan w:val="2"/>
            <w:tcBorders>
              <w:top w:val="single" w:sz="4" w:space="0" w:color="B7C5D8"/>
              <w:left w:val="single" w:sz="4" w:space="0" w:color="B7C5D8"/>
              <w:bottom w:val="single" w:sz="4" w:space="0" w:color="B7C5D8"/>
              <w:right w:val="single" w:sz="12" w:space="0" w:color="auto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D07F363" w14:textId="77777777" w:rsidR="00C01765" w:rsidRDefault="00C01765" w:rsidP="00C01765">
            <w:pPr>
              <w:spacing w:after="0" w:line="276" w:lineRule="auto"/>
              <w:jc w:val="both"/>
              <w:rPr>
                <w:sz w:val="19"/>
              </w:rPr>
            </w:pPr>
            <w:proofErr w:type="spellStart"/>
            <w:r>
              <w:rPr>
                <w:sz w:val="19"/>
              </w:rPr>
              <w:t>認定番号</w:t>
            </w:r>
            <w:proofErr w:type="spellEnd"/>
            <w:r>
              <w:rPr>
                <w:sz w:val="19"/>
              </w:rPr>
              <w:t>：</w:t>
            </w:r>
          </w:p>
          <w:p w14:paraId="2A1D1C42" w14:textId="4510FDC6" w:rsidR="00C01765" w:rsidRDefault="00C01765" w:rsidP="00C01765">
            <w:pPr>
              <w:spacing w:after="0" w:line="276" w:lineRule="auto"/>
              <w:jc w:val="both"/>
              <w:rPr>
                <w:sz w:val="19"/>
              </w:rPr>
            </w:pPr>
            <w:proofErr w:type="spellStart"/>
            <w:r>
              <w:rPr>
                <w:sz w:val="19"/>
              </w:rPr>
              <w:t>認定日：令和</w:t>
            </w:r>
            <w:proofErr w:type="spellEnd"/>
            <w:r>
              <w:rPr>
                <w:sz w:val="19"/>
              </w:rPr>
              <w:t xml:space="preserve">　　年　　月　　日</w:t>
            </w:r>
            <w:r>
              <w:rPr>
                <w:rFonts w:hint="eastAsia"/>
                <w:sz w:val="19"/>
                <w:lang w:eastAsia="ja-JP"/>
              </w:rPr>
              <w:t>、</w:t>
            </w:r>
            <w:proofErr w:type="spellStart"/>
            <w:r>
              <w:rPr>
                <w:sz w:val="19"/>
              </w:rPr>
              <w:t>有効期限：令和</w:t>
            </w:r>
            <w:proofErr w:type="spellEnd"/>
            <w:r>
              <w:rPr>
                <w:sz w:val="19"/>
              </w:rPr>
              <w:t xml:space="preserve">　　年　　月　　日</w:t>
            </w:r>
          </w:p>
        </w:tc>
      </w:tr>
      <w:tr w:rsidR="00C01765" w14:paraId="03B17D9E" w14:textId="77777777" w:rsidTr="00C96667">
        <w:trPr>
          <w:trHeight w:val="360"/>
          <w:jc w:val="center"/>
        </w:trPr>
        <w:tc>
          <w:tcPr>
            <w:tcW w:w="2452" w:type="dxa"/>
            <w:tcBorders>
              <w:top w:val="single" w:sz="4" w:space="0" w:color="B7C5D8"/>
              <w:left w:val="single" w:sz="12" w:space="0" w:color="auto"/>
              <w:bottom w:val="single" w:sz="4" w:space="0" w:color="B7C5D8"/>
              <w:right w:val="single" w:sz="4" w:space="0" w:color="B7C5D8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258EAC0" w14:textId="77777777" w:rsidR="00C96667" w:rsidRDefault="00C01765" w:rsidP="00C01765">
            <w:pPr>
              <w:spacing w:after="0" w:line="276" w:lineRule="auto"/>
              <w:jc w:val="distribute"/>
              <w:rPr>
                <w:b/>
                <w:bCs/>
                <w:lang w:eastAsia="ja-JP"/>
              </w:rPr>
            </w:pPr>
            <w:r w:rsidRPr="00C01765">
              <w:rPr>
                <w:b/>
                <w:bCs/>
                <w:lang w:eastAsia="ja-JP"/>
              </w:rPr>
              <w:lastRenderedPageBreak/>
              <w:t>DX認定制度の取得・更新等を通じて、</w:t>
            </w:r>
          </w:p>
          <w:p w14:paraId="038DB337" w14:textId="6C46C74E" w:rsidR="00C01765" w:rsidRPr="006E1C13" w:rsidRDefault="00C01765" w:rsidP="00C01765">
            <w:pPr>
              <w:spacing w:after="0" w:line="276" w:lineRule="auto"/>
              <w:jc w:val="distribute"/>
              <w:rPr>
                <w:b/>
                <w:bCs/>
                <w:sz w:val="19"/>
                <w:lang w:eastAsia="ja-JP"/>
              </w:rPr>
            </w:pPr>
            <w:r w:rsidRPr="00C01765">
              <w:rPr>
                <w:b/>
                <w:bCs/>
                <w:lang w:eastAsia="ja-JP"/>
              </w:rPr>
              <w:t>見直したい内容</w:t>
            </w:r>
          </w:p>
        </w:tc>
        <w:tc>
          <w:tcPr>
            <w:tcW w:w="7474" w:type="dxa"/>
            <w:gridSpan w:val="2"/>
            <w:tcBorders>
              <w:top w:val="single" w:sz="4" w:space="0" w:color="B7C5D8"/>
              <w:left w:val="single" w:sz="4" w:space="0" w:color="B7C5D8"/>
              <w:bottom w:val="single" w:sz="4" w:space="0" w:color="B7C5D8"/>
              <w:right w:val="single" w:sz="12" w:space="0" w:color="auto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ADE3805" w14:textId="77777777" w:rsidR="00C01765" w:rsidRDefault="00C01765" w:rsidP="00C01765">
            <w:pPr>
              <w:spacing w:after="0" w:line="276" w:lineRule="auto"/>
              <w:jc w:val="both"/>
              <w:rPr>
                <w:sz w:val="19"/>
                <w:lang w:eastAsia="ja-JP"/>
              </w:rPr>
            </w:pPr>
            <w:r>
              <w:rPr>
                <w:sz w:val="19"/>
                <w:lang w:eastAsia="ja-JP"/>
              </w:rPr>
              <w:t>□ ＤＸ戦略　□ 推進体制　□ 人材育成・確保方針　□ ＩＴシステム整備方針</w:t>
            </w:r>
            <w:r>
              <w:rPr>
                <w:sz w:val="19"/>
                <w:lang w:eastAsia="ja-JP"/>
              </w:rPr>
              <w:br/>
              <w:t>□ ＫＧＩ・ＫＰＩ　□ ホームページ公表内容　□ 情報セキュリティ方針</w:t>
            </w:r>
          </w:p>
          <w:p w14:paraId="6E21045E" w14:textId="2A17D8C8" w:rsidR="00C01765" w:rsidRDefault="00C01765" w:rsidP="00C01765">
            <w:pPr>
              <w:spacing w:after="0" w:line="276" w:lineRule="auto"/>
              <w:jc w:val="both"/>
              <w:rPr>
                <w:sz w:val="19"/>
                <w:lang w:eastAsia="ja-JP"/>
              </w:rPr>
            </w:pPr>
            <w:r>
              <w:rPr>
                <w:sz w:val="19"/>
                <w:lang w:eastAsia="ja-JP"/>
              </w:rPr>
              <w:t>□ その他（　　　　　　　　　　　　）</w:t>
            </w:r>
          </w:p>
        </w:tc>
      </w:tr>
      <w:tr w:rsidR="00C01765" w14:paraId="031BADB0" w14:textId="77777777" w:rsidTr="00C96667">
        <w:trPr>
          <w:trHeight w:val="360"/>
          <w:jc w:val="center"/>
        </w:trPr>
        <w:tc>
          <w:tcPr>
            <w:tcW w:w="2452" w:type="dxa"/>
            <w:tcBorders>
              <w:top w:val="single" w:sz="4" w:space="0" w:color="B7C5D8"/>
              <w:left w:val="single" w:sz="12" w:space="0" w:color="auto"/>
              <w:bottom w:val="single" w:sz="12" w:space="0" w:color="auto"/>
              <w:right w:val="single" w:sz="4" w:space="0" w:color="B7C5D8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C326AA" w14:textId="77777777" w:rsidR="00C96667" w:rsidRDefault="00C01765" w:rsidP="00C01765">
            <w:pPr>
              <w:spacing w:after="0" w:line="276" w:lineRule="auto"/>
              <w:jc w:val="distribute"/>
              <w:rPr>
                <w:b/>
                <w:bCs/>
                <w:sz w:val="19"/>
                <w:lang w:eastAsia="ja-JP"/>
              </w:rPr>
            </w:pPr>
            <w:r>
              <w:rPr>
                <w:rFonts w:hint="eastAsia"/>
                <w:b/>
                <w:bCs/>
                <w:sz w:val="19"/>
                <w:lang w:eastAsia="ja-JP"/>
              </w:rPr>
              <w:t>DX認定制度の</w:t>
            </w:r>
          </w:p>
          <w:p w14:paraId="7187883D" w14:textId="77828ADC" w:rsidR="00C96667" w:rsidRDefault="00C01765" w:rsidP="00C96667">
            <w:pPr>
              <w:spacing w:after="0" w:line="276" w:lineRule="auto"/>
              <w:jc w:val="distribute"/>
              <w:rPr>
                <w:b/>
                <w:bCs/>
                <w:sz w:val="19"/>
                <w:lang w:eastAsia="ja-JP"/>
              </w:rPr>
            </w:pPr>
            <w:r>
              <w:rPr>
                <w:rFonts w:hint="eastAsia"/>
                <w:b/>
                <w:bCs/>
                <w:sz w:val="19"/>
                <w:lang w:eastAsia="ja-JP"/>
              </w:rPr>
              <w:t>取得・更新等を</w:t>
            </w:r>
          </w:p>
          <w:p w14:paraId="29C73C44" w14:textId="131396A9" w:rsidR="00C01765" w:rsidRPr="006E1C13" w:rsidRDefault="00C01765" w:rsidP="00C01765">
            <w:pPr>
              <w:spacing w:after="0" w:line="276" w:lineRule="auto"/>
              <w:jc w:val="distribute"/>
              <w:rPr>
                <w:b/>
                <w:bCs/>
                <w:sz w:val="19"/>
                <w:lang w:eastAsia="ja-JP"/>
              </w:rPr>
            </w:pPr>
            <w:r>
              <w:rPr>
                <w:rFonts w:hint="eastAsia"/>
                <w:b/>
                <w:bCs/>
                <w:sz w:val="19"/>
                <w:lang w:eastAsia="ja-JP"/>
              </w:rPr>
              <w:t>希望する理由</w:t>
            </w:r>
          </w:p>
        </w:tc>
        <w:tc>
          <w:tcPr>
            <w:tcW w:w="7474" w:type="dxa"/>
            <w:gridSpan w:val="2"/>
            <w:tcBorders>
              <w:top w:val="single" w:sz="4" w:space="0" w:color="B7C5D8"/>
              <w:left w:val="single" w:sz="4" w:space="0" w:color="B7C5D8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01DCB35" w14:textId="77777777" w:rsidR="00C01765" w:rsidRPr="00947E25" w:rsidRDefault="00C01765" w:rsidP="00C01765">
            <w:pPr>
              <w:spacing w:after="0" w:line="276" w:lineRule="auto"/>
              <w:jc w:val="both"/>
              <w:rPr>
                <w:sz w:val="19"/>
                <w:lang w:eastAsia="ja-JP"/>
              </w:rPr>
            </w:pPr>
            <w:r w:rsidRPr="00947E25">
              <w:rPr>
                <w:rFonts w:hint="eastAsia"/>
                <w:sz w:val="19"/>
                <w:lang w:eastAsia="ja-JP"/>
              </w:rPr>
              <w:t>□</w:t>
            </w:r>
            <w:r w:rsidRPr="00947E25">
              <w:rPr>
                <w:sz w:val="19"/>
                <w:lang w:eastAsia="ja-JP"/>
              </w:rPr>
              <w:t xml:space="preserve"> 人手不足対策・省力化の取組を整理したい</w:t>
            </w:r>
          </w:p>
          <w:p w14:paraId="72098C7D" w14:textId="77777777" w:rsidR="00C01765" w:rsidRPr="00947E25" w:rsidRDefault="00C01765" w:rsidP="00C01765">
            <w:pPr>
              <w:spacing w:after="0" w:line="276" w:lineRule="auto"/>
              <w:jc w:val="both"/>
              <w:rPr>
                <w:sz w:val="19"/>
                <w:lang w:eastAsia="ja-JP"/>
              </w:rPr>
            </w:pPr>
            <w:r w:rsidRPr="00947E25">
              <w:rPr>
                <w:rFonts w:hint="eastAsia"/>
                <w:sz w:val="19"/>
                <w:lang w:eastAsia="ja-JP"/>
              </w:rPr>
              <w:t>□</w:t>
            </w:r>
            <w:r w:rsidRPr="00947E25">
              <w:rPr>
                <w:sz w:val="19"/>
                <w:lang w:eastAsia="ja-JP"/>
              </w:rPr>
              <w:t xml:space="preserve"> 自社のＤＸ戦略やデジタル活用方針を明確にしたい</w:t>
            </w:r>
          </w:p>
          <w:p w14:paraId="735F8840" w14:textId="77777777" w:rsidR="00C01765" w:rsidRPr="00947E25" w:rsidRDefault="00C01765" w:rsidP="00C01765">
            <w:pPr>
              <w:spacing w:after="0" w:line="276" w:lineRule="auto"/>
              <w:jc w:val="both"/>
              <w:rPr>
                <w:sz w:val="19"/>
                <w:lang w:eastAsia="ja-JP"/>
              </w:rPr>
            </w:pPr>
            <w:r w:rsidRPr="00947E25">
              <w:rPr>
                <w:rFonts w:hint="eastAsia"/>
                <w:sz w:val="19"/>
                <w:lang w:eastAsia="ja-JP"/>
              </w:rPr>
              <w:t>□</w:t>
            </w:r>
            <w:r w:rsidRPr="00947E25">
              <w:rPr>
                <w:sz w:val="19"/>
                <w:lang w:eastAsia="ja-JP"/>
              </w:rPr>
              <w:t xml:space="preserve"> 業務上のムダや属人化を見直したい</w:t>
            </w:r>
          </w:p>
          <w:p w14:paraId="32FAEE5F" w14:textId="77777777" w:rsidR="00C01765" w:rsidRPr="00947E25" w:rsidRDefault="00C01765" w:rsidP="00C01765">
            <w:pPr>
              <w:spacing w:after="0" w:line="276" w:lineRule="auto"/>
              <w:jc w:val="both"/>
              <w:rPr>
                <w:sz w:val="19"/>
                <w:lang w:eastAsia="ja-JP"/>
              </w:rPr>
            </w:pPr>
            <w:r w:rsidRPr="00947E25">
              <w:rPr>
                <w:rFonts w:hint="eastAsia"/>
                <w:sz w:val="19"/>
                <w:lang w:eastAsia="ja-JP"/>
              </w:rPr>
              <w:t>□</w:t>
            </w:r>
            <w:r w:rsidRPr="00947E25">
              <w:rPr>
                <w:sz w:val="19"/>
                <w:lang w:eastAsia="ja-JP"/>
              </w:rPr>
              <w:t xml:space="preserve"> 推進体制、人材育成、ＩＴシステム整備方針を整理したい</w:t>
            </w:r>
          </w:p>
          <w:p w14:paraId="5F97745F" w14:textId="77777777" w:rsidR="00C01765" w:rsidRPr="00947E25" w:rsidRDefault="00C01765" w:rsidP="00C01765">
            <w:pPr>
              <w:spacing w:after="0" w:line="276" w:lineRule="auto"/>
              <w:jc w:val="both"/>
              <w:rPr>
                <w:sz w:val="19"/>
                <w:lang w:eastAsia="ja-JP"/>
              </w:rPr>
            </w:pPr>
            <w:r w:rsidRPr="00947E25">
              <w:rPr>
                <w:rFonts w:hint="eastAsia"/>
                <w:sz w:val="19"/>
                <w:lang w:eastAsia="ja-JP"/>
              </w:rPr>
              <w:t>□</w:t>
            </w:r>
            <w:r w:rsidRPr="00947E25">
              <w:rPr>
                <w:sz w:val="19"/>
                <w:lang w:eastAsia="ja-JP"/>
              </w:rPr>
              <w:t xml:space="preserve"> 既に取得しているＤＸ認定の更新にあわせて計画を見直したい</w:t>
            </w:r>
          </w:p>
          <w:p w14:paraId="505853C0" w14:textId="77777777" w:rsidR="00C01765" w:rsidRPr="00947E25" w:rsidRDefault="00C01765" w:rsidP="00C01765">
            <w:pPr>
              <w:spacing w:after="0" w:line="276" w:lineRule="auto"/>
              <w:jc w:val="both"/>
              <w:rPr>
                <w:sz w:val="19"/>
                <w:lang w:eastAsia="ja-JP"/>
              </w:rPr>
            </w:pPr>
            <w:r w:rsidRPr="00947E25">
              <w:rPr>
                <w:rFonts w:hint="eastAsia"/>
                <w:sz w:val="19"/>
                <w:lang w:eastAsia="ja-JP"/>
              </w:rPr>
              <w:t>□</w:t>
            </w:r>
            <w:r w:rsidRPr="00947E25">
              <w:rPr>
                <w:sz w:val="19"/>
                <w:lang w:eastAsia="ja-JP"/>
              </w:rPr>
              <w:t xml:space="preserve"> 取引先、金融機関、求職者等に対してＤＸの取組をＰＲしたい</w:t>
            </w:r>
          </w:p>
          <w:p w14:paraId="6791D486" w14:textId="77777777" w:rsidR="00C01765" w:rsidRPr="00947E25" w:rsidRDefault="00C01765" w:rsidP="00C01765">
            <w:pPr>
              <w:spacing w:after="0" w:line="276" w:lineRule="auto"/>
              <w:jc w:val="both"/>
              <w:rPr>
                <w:sz w:val="19"/>
                <w:lang w:eastAsia="ja-JP"/>
              </w:rPr>
            </w:pPr>
            <w:r w:rsidRPr="00947E25">
              <w:rPr>
                <w:rFonts w:hint="eastAsia"/>
                <w:sz w:val="19"/>
                <w:lang w:eastAsia="ja-JP"/>
              </w:rPr>
              <w:t>□</w:t>
            </w:r>
            <w:r w:rsidRPr="00947E25">
              <w:rPr>
                <w:sz w:val="19"/>
                <w:lang w:eastAsia="ja-JP"/>
              </w:rPr>
              <w:t xml:space="preserve"> 補助金、金融支援、人材育成支援等の活用を検討している</w:t>
            </w:r>
          </w:p>
          <w:p w14:paraId="5B5FBE7D" w14:textId="60930879" w:rsidR="00C01765" w:rsidRDefault="00C01765" w:rsidP="00C01765">
            <w:pPr>
              <w:spacing w:after="0" w:line="276" w:lineRule="auto"/>
              <w:jc w:val="both"/>
              <w:rPr>
                <w:sz w:val="19"/>
                <w:lang w:eastAsia="ja-JP"/>
              </w:rPr>
            </w:pPr>
            <w:r w:rsidRPr="00947E25">
              <w:rPr>
                <w:rFonts w:hint="eastAsia"/>
                <w:sz w:val="19"/>
                <w:lang w:eastAsia="ja-JP"/>
              </w:rPr>
              <w:t>□</w:t>
            </w:r>
            <w:r w:rsidRPr="00947E25">
              <w:rPr>
                <w:sz w:val="19"/>
                <w:lang w:eastAsia="ja-JP"/>
              </w:rPr>
              <w:t xml:space="preserve"> その他（　　　　　　　　　　　　　　　　　　　　　　　　　）</w:t>
            </w:r>
          </w:p>
        </w:tc>
      </w:tr>
      <w:tr w:rsidR="00C96667" w14:paraId="068DF59E" w14:textId="77777777" w:rsidTr="004C1111">
        <w:trPr>
          <w:trHeight w:val="360"/>
          <w:jc w:val="center"/>
        </w:trPr>
        <w:tc>
          <w:tcPr>
            <w:tcW w:w="9926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EF20A9C" w14:textId="77777777" w:rsidR="00C96667" w:rsidRPr="00947E25" w:rsidRDefault="00C96667" w:rsidP="00C01765">
            <w:pPr>
              <w:spacing w:after="0" w:line="276" w:lineRule="auto"/>
              <w:jc w:val="both"/>
              <w:rPr>
                <w:sz w:val="19"/>
                <w:lang w:eastAsia="ja-JP"/>
              </w:rPr>
            </w:pPr>
          </w:p>
        </w:tc>
      </w:tr>
      <w:tr w:rsidR="00C01765" w14:paraId="3595FE5D" w14:textId="77777777" w:rsidTr="004675B9">
        <w:trPr>
          <w:trHeight w:val="360"/>
          <w:jc w:val="center"/>
        </w:trPr>
        <w:tc>
          <w:tcPr>
            <w:tcW w:w="9926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F50B0A8" w14:textId="457B0EFC" w:rsidR="00C01765" w:rsidRPr="007522BE" w:rsidRDefault="00C01765" w:rsidP="00C01765">
            <w:pPr>
              <w:spacing w:after="0" w:line="276" w:lineRule="auto"/>
              <w:jc w:val="both"/>
              <w:rPr>
                <w:b/>
                <w:sz w:val="19"/>
                <w:lang w:eastAsia="ja-JP"/>
              </w:rPr>
            </w:pPr>
            <w:r>
              <w:rPr>
                <w:rFonts w:hint="eastAsia"/>
                <w:b/>
                <w:sz w:val="19"/>
                <w:lang w:eastAsia="ja-JP"/>
              </w:rPr>
              <w:t>3</w:t>
            </w:r>
            <w:r w:rsidRPr="007522BE">
              <w:rPr>
                <w:rFonts w:hint="eastAsia"/>
                <w:b/>
                <w:sz w:val="19"/>
                <w:lang w:eastAsia="ja-JP"/>
              </w:rPr>
              <w:t xml:space="preserve">　事前確認事項</w:t>
            </w:r>
          </w:p>
        </w:tc>
      </w:tr>
      <w:tr w:rsidR="00C01765" w14:paraId="37942D66" w14:textId="77777777" w:rsidTr="00124344">
        <w:trPr>
          <w:trHeight w:val="375"/>
          <w:jc w:val="center"/>
        </w:trPr>
        <w:tc>
          <w:tcPr>
            <w:tcW w:w="6135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B7C5D8"/>
              <w:right w:val="single" w:sz="4" w:space="0" w:color="B7C5D8"/>
            </w:tcBorders>
            <w:shd w:val="clear" w:color="auto" w:fill="F2F2F2" w:themeFill="background1" w:themeFillShade="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83903D5" w14:textId="77777777" w:rsidR="00C01765" w:rsidRPr="007522BE" w:rsidRDefault="00C01765" w:rsidP="00C01765">
            <w:pPr>
              <w:spacing w:after="0" w:line="276" w:lineRule="auto"/>
              <w:jc w:val="both"/>
            </w:pPr>
            <w:proofErr w:type="spellStart"/>
            <w:r w:rsidRPr="007522BE">
              <w:rPr>
                <w:b/>
                <w:sz w:val="19"/>
              </w:rPr>
              <w:t>確認項目</w:t>
            </w:r>
            <w:proofErr w:type="spellEnd"/>
          </w:p>
        </w:tc>
        <w:tc>
          <w:tcPr>
            <w:tcW w:w="3791" w:type="dxa"/>
            <w:tcBorders>
              <w:top w:val="single" w:sz="12" w:space="0" w:color="auto"/>
              <w:left w:val="single" w:sz="4" w:space="0" w:color="B7C5D8"/>
              <w:bottom w:val="single" w:sz="4" w:space="0" w:color="B7C5D8"/>
              <w:right w:val="single" w:sz="12" w:space="0" w:color="auto"/>
            </w:tcBorders>
            <w:shd w:val="clear" w:color="auto" w:fill="F2F2F2" w:themeFill="background1" w:themeFillShade="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E54D5A0" w14:textId="77777777" w:rsidR="00C01765" w:rsidRPr="007522BE" w:rsidRDefault="00C01765" w:rsidP="00C01765">
            <w:pPr>
              <w:spacing w:after="0" w:line="276" w:lineRule="auto"/>
              <w:jc w:val="both"/>
            </w:pPr>
            <w:proofErr w:type="spellStart"/>
            <w:r w:rsidRPr="007522BE">
              <w:rPr>
                <w:b/>
                <w:sz w:val="19"/>
              </w:rPr>
              <w:t>確認欄</w:t>
            </w:r>
            <w:proofErr w:type="spellEnd"/>
          </w:p>
        </w:tc>
      </w:tr>
      <w:tr w:rsidR="00C01765" w14:paraId="23EC97F2" w14:textId="77777777" w:rsidTr="00124344">
        <w:trPr>
          <w:trHeight w:val="360"/>
          <w:jc w:val="center"/>
        </w:trPr>
        <w:tc>
          <w:tcPr>
            <w:tcW w:w="6135" w:type="dxa"/>
            <w:gridSpan w:val="2"/>
            <w:tcBorders>
              <w:top w:val="single" w:sz="4" w:space="0" w:color="B7C5D8"/>
              <w:left w:val="single" w:sz="12" w:space="0" w:color="auto"/>
              <w:bottom w:val="single" w:sz="4" w:space="0" w:color="B7C5D8"/>
              <w:right w:val="single" w:sz="4" w:space="0" w:color="B7C5D8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A9E6677" w14:textId="76B695DC" w:rsidR="00C01765" w:rsidRPr="006E1C13" w:rsidRDefault="00C01765" w:rsidP="00C01765">
            <w:pPr>
              <w:spacing w:after="0" w:line="276" w:lineRule="auto"/>
              <w:jc w:val="both"/>
              <w:rPr>
                <w:b/>
                <w:bCs/>
                <w:lang w:eastAsia="ja-JP"/>
              </w:rPr>
            </w:pPr>
            <w:r w:rsidRPr="006E1C13">
              <w:rPr>
                <w:b/>
                <w:bCs/>
                <w:sz w:val="19"/>
                <w:lang w:eastAsia="ja-JP"/>
              </w:rPr>
              <w:t>経営層による方針確認が</w:t>
            </w:r>
            <w:r>
              <w:rPr>
                <w:rFonts w:hint="eastAsia"/>
                <w:b/>
                <w:bCs/>
                <w:sz w:val="19"/>
                <w:lang w:eastAsia="ja-JP"/>
              </w:rPr>
              <w:t>取れている。</w:t>
            </w:r>
          </w:p>
        </w:tc>
        <w:tc>
          <w:tcPr>
            <w:tcW w:w="3791" w:type="dxa"/>
            <w:tcBorders>
              <w:top w:val="single" w:sz="4" w:space="0" w:color="B7C5D8"/>
              <w:left w:val="single" w:sz="4" w:space="0" w:color="B7C5D8"/>
              <w:bottom w:val="single" w:sz="4" w:space="0" w:color="B7C5D8"/>
              <w:right w:val="single" w:sz="12" w:space="0" w:color="auto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9CDB6DA" w14:textId="77777777" w:rsidR="00C01765" w:rsidRDefault="00C01765" w:rsidP="00C01765">
            <w:pPr>
              <w:spacing w:after="0" w:line="276" w:lineRule="auto"/>
              <w:jc w:val="both"/>
            </w:pPr>
            <w:r>
              <w:rPr>
                <w:sz w:val="19"/>
              </w:rPr>
              <w:t xml:space="preserve">□ </w:t>
            </w:r>
            <w:proofErr w:type="spellStart"/>
            <w:r>
              <w:rPr>
                <w:sz w:val="19"/>
              </w:rPr>
              <w:t>はい</w:t>
            </w:r>
            <w:proofErr w:type="spellEnd"/>
            <w:r>
              <w:rPr>
                <w:sz w:val="19"/>
              </w:rPr>
              <w:t xml:space="preserve">　□ </w:t>
            </w:r>
            <w:proofErr w:type="spellStart"/>
            <w:r>
              <w:rPr>
                <w:sz w:val="19"/>
              </w:rPr>
              <w:t>いいえ</w:t>
            </w:r>
            <w:proofErr w:type="spellEnd"/>
          </w:p>
        </w:tc>
      </w:tr>
      <w:tr w:rsidR="00C01765" w14:paraId="4D7814C4" w14:textId="77777777" w:rsidTr="00124344">
        <w:trPr>
          <w:trHeight w:val="360"/>
          <w:jc w:val="center"/>
        </w:trPr>
        <w:tc>
          <w:tcPr>
            <w:tcW w:w="6135" w:type="dxa"/>
            <w:gridSpan w:val="2"/>
            <w:tcBorders>
              <w:top w:val="single" w:sz="4" w:space="0" w:color="B7C5D8"/>
              <w:left w:val="single" w:sz="12" w:space="0" w:color="auto"/>
              <w:bottom w:val="single" w:sz="4" w:space="0" w:color="B7C5D8"/>
              <w:right w:val="single" w:sz="4" w:space="0" w:color="B7C5D8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68DF515" w14:textId="77777777" w:rsidR="00C01765" w:rsidRPr="006E1C13" w:rsidRDefault="00C01765" w:rsidP="00C01765">
            <w:pPr>
              <w:spacing w:after="0" w:line="276" w:lineRule="auto"/>
              <w:jc w:val="both"/>
              <w:rPr>
                <w:b/>
                <w:bCs/>
                <w:lang w:eastAsia="ja-JP"/>
              </w:rPr>
            </w:pPr>
            <w:r w:rsidRPr="006E1C13">
              <w:rPr>
                <w:b/>
                <w:bCs/>
                <w:sz w:val="19"/>
                <w:lang w:eastAsia="ja-JP"/>
              </w:rPr>
              <w:t>各回の支援の間に、資料作成・社内確認等の対応が可能である。</w:t>
            </w:r>
          </w:p>
        </w:tc>
        <w:tc>
          <w:tcPr>
            <w:tcW w:w="3791" w:type="dxa"/>
            <w:tcBorders>
              <w:top w:val="single" w:sz="4" w:space="0" w:color="B7C5D8"/>
              <w:left w:val="single" w:sz="4" w:space="0" w:color="B7C5D8"/>
              <w:bottom w:val="single" w:sz="4" w:space="0" w:color="B7C5D8"/>
              <w:right w:val="single" w:sz="12" w:space="0" w:color="auto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EFFFC1F" w14:textId="77777777" w:rsidR="00C01765" w:rsidRDefault="00C01765" w:rsidP="00C01765">
            <w:pPr>
              <w:spacing w:after="0" w:line="276" w:lineRule="auto"/>
              <w:jc w:val="both"/>
            </w:pPr>
            <w:r>
              <w:rPr>
                <w:sz w:val="19"/>
              </w:rPr>
              <w:t xml:space="preserve">□ </w:t>
            </w:r>
            <w:proofErr w:type="spellStart"/>
            <w:r>
              <w:rPr>
                <w:sz w:val="19"/>
              </w:rPr>
              <w:t>はい</w:t>
            </w:r>
            <w:proofErr w:type="spellEnd"/>
            <w:r>
              <w:rPr>
                <w:sz w:val="19"/>
              </w:rPr>
              <w:t xml:space="preserve">　□ </w:t>
            </w:r>
            <w:proofErr w:type="spellStart"/>
            <w:r>
              <w:rPr>
                <w:sz w:val="19"/>
              </w:rPr>
              <w:t>いいえ</w:t>
            </w:r>
            <w:proofErr w:type="spellEnd"/>
          </w:p>
        </w:tc>
      </w:tr>
      <w:tr w:rsidR="00C01765" w14:paraId="2A142D44" w14:textId="77777777" w:rsidTr="00124344">
        <w:trPr>
          <w:trHeight w:val="360"/>
          <w:jc w:val="center"/>
        </w:trPr>
        <w:tc>
          <w:tcPr>
            <w:tcW w:w="6135" w:type="dxa"/>
            <w:gridSpan w:val="2"/>
            <w:tcBorders>
              <w:top w:val="single" w:sz="4" w:space="0" w:color="B7C5D8"/>
              <w:left w:val="single" w:sz="12" w:space="0" w:color="auto"/>
              <w:bottom w:val="single" w:sz="4" w:space="0" w:color="B7C5D8"/>
              <w:right w:val="single" w:sz="4" w:space="0" w:color="B7C5D8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2C18570" w14:textId="77777777" w:rsidR="00C01765" w:rsidRPr="006E1C13" w:rsidRDefault="00C01765" w:rsidP="00C01765">
            <w:pPr>
              <w:spacing w:after="0" w:line="276" w:lineRule="auto"/>
              <w:jc w:val="both"/>
              <w:rPr>
                <w:b/>
                <w:bCs/>
                <w:lang w:eastAsia="ja-JP"/>
              </w:rPr>
            </w:pPr>
            <w:r w:rsidRPr="006E1C13">
              <w:rPr>
                <w:b/>
                <w:bCs/>
                <w:sz w:val="19"/>
                <w:lang w:eastAsia="ja-JP"/>
              </w:rPr>
              <w:t>自社ホームページ等への公表内容の掲載または修正に対応できる。</w:t>
            </w:r>
          </w:p>
        </w:tc>
        <w:tc>
          <w:tcPr>
            <w:tcW w:w="3791" w:type="dxa"/>
            <w:tcBorders>
              <w:top w:val="single" w:sz="4" w:space="0" w:color="B7C5D8"/>
              <w:left w:val="single" w:sz="4" w:space="0" w:color="B7C5D8"/>
              <w:bottom w:val="single" w:sz="4" w:space="0" w:color="B7C5D8"/>
              <w:right w:val="single" w:sz="12" w:space="0" w:color="auto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528D22F" w14:textId="77777777" w:rsidR="00C01765" w:rsidRDefault="00C01765" w:rsidP="00C01765">
            <w:pPr>
              <w:spacing w:after="0" w:line="276" w:lineRule="auto"/>
              <w:jc w:val="both"/>
            </w:pPr>
            <w:r>
              <w:rPr>
                <w:sz w:val="19"/>
              </w:rPr>
              <w:t xml:space="preserve">□ </w:t>
            </w:r>
            <w:proofErr w:type="spellStart"/>
            <w:r>
              <w:rPr>
                <w:sz w:val="19"/>
              </w:rPr>
              <w:t>はい</w:t>
            </w:r>
            <w:proofErr w:type="spellEnd"/>
            <w:r>
              <w:rPr>
                <w:sz w:val="19"/>
              </w:rPr>
              <w:t xml:space="preserve">　□ </w:t>
            </w:r>
            <w:proofErr w:type="spellStart"/>
            <w:r>
              <w:rPr>
                <w:sz w:val="19"/>
              </w:rPr>
              <w:t>いいえ</w:t>
            </w:r>
            <w:proofErr w:type="spellEnd"/>
          </w:p>
        </w:tc>
      </w:tr>
      <w:tr w:rsidR="00C01765" w14:paraId="478811B6" w14:textId="77777777" w:rsidTr="00124344">
        <w:trPr>
          <w:trHeight w:val="360"/>
          <w:jc w:val="center"/>
        </w:trPr>
        <w:tc>
          <w:tcPr>
            <w:tcW w:w="6135" w:type="dxa"/>
            <w:gridSpan w:val="2"/>
            <w:tcBorders>
              <w:top w:val="single" w:sz="4" w:space="0" w:color="B7C5D8"/>
              <w:left w:val="single" w:sz="12" w:space="0" w:color="auto"/>
              <w:bottom w:val="single" w:sz="4" w:space="0" w:color="B7C5D8"/>
              <w:right w:val="single" w:sz="4" w:space="0" w:color="B7C5D8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3195B86" w14:textId="3EAE8070" w:rsidR="00C01765" w:rsidRPr="006E1C13" w:rsidRDefault="00C01765" w:rsidP="00C01765">
            <w:pPr>
              <w:spacing w:after="0" w:line="276" w:lineRule="auto"/>
              <w:jc w:val="both"/>
              <w:rPr>
                <w:b/>
                <w:bCs/>
              </w:rPr>
            </w:pPr>
            <w:proofErr w:type="spellStart"/>
            <w:r w:rsidRPr="006E1C13">
              <w:rPr>
                <w:b/>
                <w:bCs/>
                <w:sz w:val="19"/>
              </w:rPr>
              <w:t>gBiz</w:t>
            </w:r>
            <w:proofErr w:type="spellEnd"/>
            <w:r w:rsidR="00815AB5">
              <w:rPr>
                <w:b/>
                <w:bCs/>
                <w:sz w:val="19"/>
              </w:rPr>
              <w:t xml:space="preserve"> </w:t>
            </w:r>
            <w:proofErr w:type="spellStart"/>
            <w:r w:rsidRPr="006E1C13">
              <w:rPr>
                <w:b/>
                <w:bCs/>
                <w:sz w:val="19"/>
              </w:rPr>
              <w:t>IDの取得状況</w:t>
            </w:r>
            <w:proofErr w:type="spellEnd"/>
          </w:p>
        </w:tc>
        <w:tc>
          <w:tcPr>
            <w:tcW w:w="3791" w:type="dxa"/>
            <w:tcBorders>
              <w:top w:val="single" w:sz="4" w:space="0" w:color="B7C5D8"/>
              <w:left w:val="single" w:sz="4" w:space="0" w:color="B7C5D8"/>
              <w:bottom w:val="single" w:sz="4" w:space="0" w:color="B7C5D8"/>
              <w:right w:val="single" w:sz="12" w:space="0" w:color="auto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ED90B01" w14:textId="52F4950C" w:rsidR="00C01765" w:rsidRDefault="00C01765" w:rsidP="00C01765">
            <w:pPr>
              <w:spacing w:after="0" w:line="276" w:lineRule="auto"/>
              <w:jc w:val="both"/>
            </w:pPr>
            <w:r>
              <w:rPr>
                <w:sz w:val="19"/>
              </w:rPr>
              <w:t xml:space="preserve">□ </w:t>
            </w:r>
            <w:proofErr w:type="spellStart"/>
            <w:r>
              <w:rPr>
                <w:sz w:val="19"/>
              </w:rPr>
              <w:t>取得済</w:t>
            </w:r>
            <w:proofErr w:type="spellEnd"/>
            <w:r>
              <w:rPr>
                <w:sz w:val="19"/>
              </w:rPr>
              <w:t xml:space="preserve">　</w:t>
            </w:r>
            <w:r>
              <w:rPr>
                <w:rFonts w:hint="eastAsia"/>
                <w:sz w:val="19"/>
                <w:lang w:eastAsia="ja-JP"/>
              </w:rPr>
              <w:t xml:space="preserve">□対応中　</w:t>
            </w:r>
            <w:r>
              <w:rPr>
                <w:sz w:val="19"/>
              </w:rPr>
              <w:t xml:space="preserve">□ </w:t>
            </w:r>
            <w:r>
              <w:rPr>
                <w:rFonts w:hint="eastAsia"/>
                <w:sz w:val="19"/>
                <w:lang w:eastAsia="ja-JP"/>
              </w:rPr>
              <w:t>未取得</w:t>
            </w:r>
            <w:r>
              <w:rPr>
                <w:sz w:val="19"/>
              </w:rPr>
              <w:t xml:space="preserve">　</w:t>
            </w:r>
          </w:p>
        </w:tc>
      </w:tr>
      <w:tr w:rsidR="00C01765" w14:paraId="71B339B2" w14:textId="77777777" w:rsidTr="00124344">
        <w:trPr>
          <w:trHeight w:val="360"/>
          <w:jc w:val="center"/>
        </w:trPr>
        <w:tc>
          <w:tcPr>
            <w:tcW w:w="6135" w:type="dxa"/>
            <w:gridSpan w:val="2"/>
            <w:tcBorders>
              <w:top w:val="single" w:sz="4" w:space="0" w:color="B7C5D8"/>
              <w:left w:val="single" w:sz="12" w:space="0" w:color="auto"/>
              <w:bottom w:val="single" w:sz="4" w:space="0" w:color="B7C5D8"/>
              <w:right w:val="single" w:sz="4" w:space="0" w:color="B7C5D8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A1C3F9E" w14:textId="1A10911D" w:rsidR="00C01765" w:rsidRPr="006E1C13" w:rsidRDefault="00C01765" w:rsidP="00C01765">
            <w:pPr>
              <w:spacing w:after="0" w:line="276" w:lineRule="auto"/>
              <w:jc w:val="both"/>
              <w:rPr>
                <w:b/>
                <w:bCs/>
              </w:rPr>
            </w:pPr>
            <w:r w:rsidRPr="006E1C13">
              <w:rPr>
                <w:b/>
                <w:bCs/>
                <w:sz w:val="19"/>
              </w:rPr>
              <w:t>SECURITY ACTION</w:t>
            </w:r>
            <w:r w:rsidR="00815AB5">
              <w:rPr>
                <w:rFonts w:hint="eastAsia"/>
                <w:b/>
                <w:bCs/>
                <w:sz w:val="19"/>
                <w:lang w:eastAsia="ja-JP"/>
              </w:rPr>
              <w:t>制度に基づく</w:t>
            </w:r>
            <w:r>
              <w:rPr>
                <w:rFonts w:hint="eastAsia"/>
                <w:b/>
                <w:bCs/>
                <w:sz w:val="19"/>
                <w:lang w:eastAsia="ja-JP"/>
              </w:rPr>
              <w:t>『</w:t>
            </w:r>
            <w:r w:rsidR="00815AB5">
              <w:rPr>
                <w:rFonts w:hint="eastAsia"/>
                <w:b/>
                <w:bCs/>
                <w:sz w:val="19"/>
                <w:lang w:eastAsia="ja-JP"/>
              </w:rPr>
              <w:t>二</w:t>
            </w:r>
            <w:r>
              <w:rPr>
                <w:rFonts w:hint="eastAsia"/>
                <w:b/>
                <w:bCs/>
                <w:sz w:val="19"/>
                <w:lang w:eastAsia="ja-JP"/>
              </w:rPr>
              <w:t>つ星』</w:t>
            </w:r>
            <w:r w:rsidR="00815AB5">
              <w:rPr>
                <w:rFonts w:hint="eastAsia"/>
                <w:b/>
                <w:bCs/>
                <w:sz w:val="19"/>
                <w:lang w:eastAsia="ja-JP"/>
              </w:rPr>
              <w:t>以上の自己</w:t>
            </w:r>
            <w:r>
              <w:rPr>
                <w:rFonts w:hint="eastAsia"/>
                <w:b/>
                <w:bCs/>
                <w:sz w:val="19"/>
                <w:lang w:eastAsia="ja-JP"/>
              </w:rPr>
              <w:t>宣言の有無</w:t>
            </w:r>
          </w:p>
        </w:tc>
        <w:tc>
          <w:tcPr>
            <w:tcW w:w="3791" w:type="dxa"/>
            <w:tcBorders>
              <w:top w:val="single" w:sz="4" w:space="0" w:color="B7C5D8"/>
              <w:left w:val="single" w:sz="4" w:space="0" w:color="B7C5D8"/>
              <w:bottom w:val="single" w:sz="4" w:space="0" w:color="B7C5D8"/>
              <w:right w:val="single" w:sz="12" w:space="0" w:color="auto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8C17BB2" w14:textId="36B5057F" w:rsidR="00C01765" w:rsidRDefault="00C01765" w:rsidP="00C01765">
            <w:pPr>
              <w:spacing w:after="0" w:line="276" w:lineRule="auto"/>
              <w:jc w:val="both"/>
            </w:pPr>
            <w:r>
              <w:rPr>
                <w:sz w:val="19"/>
              </w:rPr>
              <w:t xml:space="preserve">□ </w:t>
            </w:r>
            <w:r>
              <w:rPr>
                <w:rFonts w:hint="eastAsia"/>
                <w:sz w:val="19"/>
                <w:lang w:eastAsia="ja-JP"/>
              </w:rPr>
              <w:t>宣言済</w:t>
            </w:r>
            <w:r>
              <w:rPr>
                <w:sz w:val="19"/>
              </w:rPr>
              <w:t xml:space="preserve">　</w:t>
            </w:r>
            <w:r>
              <w:rPr>
                <w:rFonts w:hint="eastAsia"/>
                <w:sz w:val="19"/>
                <w:lang w:eastAsia="ja-JP"/>
              </w:rPr>
              <w:t xml:space="preserve">□対応中　</w:t>
            </w:r>
            <w:r>
              <w:rPr>
                <w:sz w:val="19"/>
              </w:rPr>
              <w:t xml:space="preserve">□ </w:t>
            </w:r>
            <w:r>
              <w:rPr>
                <w:rFonts w:hint="eastAsia"/>
                <w:sz w:val="19"/>
                <w:lang w:eastAsia="ja-JP"/>
              </w:rPr>
              <w:t>未宣言</w:t>
            </w:r>
          </w:p>
        </w:tc>
      </w:tr>
      <w:tr w:rsidR="00C01765" w14:paraId="6E845A37" w14:textId="77777777" w:rsidTr="00124344">
        <w:trPr>
          <w:trHeight w:val="1096"/>
          <w:jc w:val="center"/>
        </w:trPr>
        <w:tc>
          <w:tcPr>
            <w:tcW w:w="6135" w:type="dxa"/>
            <w:gridSpan w:val="2"/>
            <w:tcBorders>
              <w:top w:val="single" w:sz="4" w:space="0" w:color="B7C5D8"/>
              <w:left w:val="single" w:sz="12" w:space="0" w:color="auto"/>
              <w:bottom w:val="single" w:sz="12" w:space="0" w:color="auto"/>
              <w:right w:val="single" w:sz="4" w:space="0" w:color="B7C5D8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3B9604C" w14:textId="1EF6BA22" w:rsidR="00C01765" w:rsidRPr="006E1C13" w:rsidRDefault="00C01765" w:rsidP="00C01765">
            <w:pPr>
              <w:spacing w:after="0" w:line="276" w:lineRule="auto"/>
              <w:jc w:val="both"/>
              <w:rPr>
                <w:b/>
                <w:bCs/>
                <w:lang w:eastAsia="ja-JP"/>
              </w:rPr>
            </w:pPr>
            <w:r w:rsidRPr="006E1C13">
              <w:rPr>
                <w:b/>
                <w:bCs/>
                <w:sz w:val="19"/>
                <w:lang w:eastAsia="ja-JP"/>
              </w:rPr>
              <w:t>本事業</w:t>
            </w:r>
            <w:r w:rsidRPr="006E1C13">
              <w:rPr>
                <w:rFonts w:hint="eastAsia"/>
                <w:b/>
                <w:bCs/>
                <w:sz w:val="19"/>
                <w:lang w:eastAsia="ja-JP"/>
              </w:rPr>
              <w:t>での支援内容</w:t>
            </w:r>
            <w:r w:rsidRPr="006E1C13">
              <w:rPr>
                <w:b/>
                <w:bCs/>
                <w:sz w:val="19"/>
                <w:lang w:eastAsia="ja-JP"/>
              </w:rPr>
              <w:t>は</w:t>
            </w:r>
            <w:r w:rsidRPr="006E1C13">
              <w:rPr>
                <w:rFonts w:hint="eastAsia"/>
                <w:b/>
                <w:bCs/>
                <w:sz w:val="19"/>
                <w:lang w:eastAsia="ja-JP"/>
              </w:rPr>
              <w:t>、</w:t>
            </w:r>
            <w:r w:rsidRPr="006E1C13">
              <w:rPr>
                <w:b/>
                <w:bCs/>
                <w:sz w:val="19"/>
                <w:lang w:eastAsia="ja-JP"/>
              </w:rPr>
              <w:t>申請書類等の作成代行ではなく、企業等が主体的に行う整理・見直しに対する助言</w:t>
            </w:r>
            <w:r w:rsidRPr="006E1C13">
              <w:rPr>
                <w:rFonts w:hint="eastAsia"/>
                <w:b/>
                <w:bCs/>
                <w:sz w:val="19"/>
                <w:lang w:eastAsia="ja-JP"/>
              </w:rPr>
              <w:t>を行うものであることにご理解いただけますか</w:t>
            </w:r>
            <w:r w:rsidRPr="006E1C13">
              <w:rPr>
                <w:b/>
                <w:bCs/>
                <w:sz w:val="19"/>
                <w:lang w:eastAsia="ja-JP"/>
              </w:rPr>
              <w:t>。</w:t>
            </w:r>
          </w:p>
        </w:tc>
        <w:tc>
          <w:tcPr>
            <w:tcW w:w="3791" w:type="dxa"/>
            <w:tcBorders>
              <w:top w:val="single" w:sz="4" w:space="0" w:color="B7C5D8"/>
              <w:left w:val="single" w:sz="4" w:space="0" w:color="B7C5D8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9AFF62F" w14:textId="6E82D97D" w:rsidR="00C01765" w:rsidRDefault="00C01765" w:rsidP="00C01765">
            <w:pPr>
              <w:spacing w:after="0" w:line="276" w:lineRule="auto"/>
              <w:jc w:val="both"/>
            </w:pPr>
            <w:r>
              <w:rPr>
                <w:sz w:val="19"/>
              </w:rPr>
              <w:t xml:space="preserve">□ </w:t>
            </w:r>
            <w:proofErr w:type="spellStart"/>
            <w:r>
              <w:rPr>
                <w:sz w:val="19"/>
              </w:rPr>
              <w:t>はい</w:t>
            </w:r>
            <w:proofErr w:type="spellEnd"/>
            <w:r>
              <w:rPr>
                <w:sz w:val="19"/>
              </w:rPr>
              <w:t xml:space="preserve">　□ </w:t>
            </w:r>
            <w:proofErr w:type="spellStart"/>
            <w:r>
              <w:rPr>
                <w:sz w:val="19"/>
              </w:rPr>
              <w:t>いいえ</w:t>
            </w:r>
            <w:proofErr w:type="spellEnd"/>
          </w:p>
        </w:tc>
      </w:tr>
    </w:tbl>
    <w:p w14:paraId="2C7A4752" w14:textId="77777777" w:rsidR="00F7689C" w:rsidRDefault="00F7689C" w:rsidP="006E1C13">
      <w:pPr>
        <w:rPr>
          <w:lang w:eastAsia="ja-JP"/>
        </w:rPr>
      </w:pPr>
    </w:p>
    <w:p w14:paraId="459144C7" w14:textId="77777777" w:rsidR="00C01765" w:rsidRDefault="00C01765" w:rsidP="006E1C13">
      <w:pPr>
        <w:rPr>
          <w:lang w:eastAsia="ja-JP"/>
        </w:rPr>
      </w:pPr>
    </w:p>
    <w:p w14:paraId="67A21DF0" w14:textId="77777777" w:rsidR="00C01765" w:rsidRDefault="00C01765" w:rsidP="006E1C13">
      <w:pPr>
        <w:rPr>
          <w:lang w:eastAsia="ja-JP"/>
        </w:rPr>
      </w:pPr>
    </w:p>
    <w:p w14:paraId="6E8F6D09" w14:textId="77777777" w:rsidR="00C01765" w:rsidRDefault="00C01765" w:rsidP="006E1C13">
      <w:pPr>
        <w:rPr>
          <w:lang w:eastAsia="ja-JP"/>
        </w:rPr>
      </w:pPr>
    </w:p>
    <w:p w14:paraId="19E4F81B" w14:textId="77777777" w:rsidR="00C96667" w:rsidRDefault="00C96667" w:rsidP="006E1C13">
      <w:pPr>
        <w:rPr>
          <w:lang w:eastAsia="ja-JP"/>
        </w:rPr>
      </w:pPr>
    </w:p>
    <w:p w14:paraId="5437DF42" w14:textId="77777777" w:rsidR="00C96667" w:rsidRDefault="00C96667" w:rsidP="006E1C13">
      <w:pPr>
        <w:rPr>
          <w:lang w:eastAsia="ja-JP"/>
        </w:rPr>
      </w:pPr>
    </w:p>
    <w:p w14:paraId="170E826C" w14:textId="77777777" w:rsidR="00C96667" w:rsidRDefault="00C96667" w:rsidP="006E1C13">
      <w:pPr>
        <w:rPr>
          <w:lang w:eastAsia="ja-JP"/>
        </w:rPr>
      </w:pPr>
    </w:p>
    <w:p w14:paraId="0D81B8EE" w14:textId="77777777" w:rsidR="00C96667" w:rsidRDefault="00C96667" w:rsidP="006E1C13">
      <w:pPr>
        <w:rPr>
          <w:lang w:eastAsia="ja-JP"/>
        </w:rPr>
      </w:pPr>
    </w:p>
    <w:p w14:paraId="144DACF8" w14:textId="77777777" w:rsidR="00C01765" w:rsidRDefault="00C01765" w:rsidP="006E1C13">
      <w:pPr>
        <w:rPr>
          <w:lang w:eastAsia="ja-JP"/>
        </w:rPr>
      </w:pPr>
    </w:p>
    <w:p w14:paraId="39CCEB92" w14:textId="40B80A64" w:rsidR="00124344" w:rsidRDefault="00124344" w:rsidP="006E1C13">
      <w:pPr>
        <w:rPr>
          <w:color w:val="808080" w:themeColor="background1" w:themeShade="80"/>
          <w:sz w:val="18"/>
          <w:szCs w:val="20"/>
          <w:lang w:eastAsia="ja-JP"/>
        </w:rPr>
      </w:pPr>
      <w:r w:rsidRPr="00124344">
        <w:rPr>
          <w:rFonts w:hint="eastAsia"/>
          <w:color w:val="808080" w:themeColor="background1" w:themeShade="80"/>
          <w:sz w:val="18"/>
          <w:szCs w:val="20"/>
          <w:lang w:eastAsia="ja-JP"/>
        </w:rPr>
        <w:lastRenderedPageBreak/>
        <w:t>【ふくい産業支援センター／ふくいDXオープンラボ使用欄】</w:t>
      </w:r>
    </w:p>
    <w:tbl>
      <w:tblPr>
        <w:tblStyle w:val="afe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376"/>
        <w:gridCol w:w="7460"/>
      </w:tblGrid>
      <w:tr w:rsidR="00124344" w14:paraId="33D0A4C7" w14:textId="77777777" w:rsidTr="009A39AF">
        <w:trPr>
          <w:cantSplit/>
          <w:trHeight w:val="505"/>
        </w:trPr>
        <w:tc>
          <w:tcPr>
            <w:tcW w:w="9836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bottom"/>
          </w:tcPr>
          <w:p w14:paraId="71FDE1E9" w14:textId="11EADF34" w:rsidR="00124344" w:rsidRPr="009A39AF" w:rsidRDefault="00124344" w:rsidP="009A39AF">
            <w:pPr>
              <w:jc w:val="both"/>
              <w:rPr>
                <w:b/>
                <w:bCs/>
                <w:sz w:val="19"/>
                <w:szCs w:val="19"/>
                <w:lang w:eastAsia="ja-JP"/>
              </w:rPr>
            </w:pPr>
            <w:r w:rsidRPr="009A39AF">
              <w:rPr>
                <w:rFonts w:hint="eastAsia"/>
                <w:b/>
                <w:bCs/>
                <w:sz w:val="19"/>
                <w:szCs w:val="19"/>
                <w:lang w:eastAsia="ja-JP"/>
              </w:rPr>
              <w:t>６　事前面談時確認欄</w:t>
            </w:r>
          </w:p>
        </w:tc>
      </w:tr>
      <w:tr w:rsidR="00124344" w14:paraId="3591064F" w14:textId="77777777" w:rsidTr="00E370AF">
        <w:trPr>
          <w:cantSplit/>
          <w:trHeight w:val="541"/>
        </w:trPr>
        <w:tc>
          <w:tcPr>
            <w:tcW w:w="2376" w:type="dxa"/>
            <w:tcBorders>
              <w:top w:val="single" w:sz="12" w:space="0" w:color="auto"/>
            </w:tcBorders>
            <w:vAlign w:val="bottom"/>
          </w:tcPr>
          <w:p w14:paraId="664E26F4" w14:textId="1C46B927" w:rsidR="00124344" w:rsidRPr="009A39AF" w:rsidRDefault="00124344" w:rsidP="00E370AF">
            <w:pPr>
              <w:jc w:val="distribute"/>
              <w:rPr>
                <w:b/>
                <w:bCs/>
                <w:sz w:val="19"/>
                <w:szCs w:val="19"/>
                <w:lang w:eastAsia="ja-JP"/>
              </w:rPr>
            </w:pPr>
            <w:r w:rsidRPr="009A39AF">
              <w:rPr>
                <w:rFonts w:hint="eastAsia"/>
                <w:b/>
                <w:bCs/>
                <w:sz w:val="19"/>
                <w:szCs w:val="19"/>
                <w:lang w:eastAsia="ja-JP"/>
              </w:rPr>
              <w:t>事前面談実施日</w:t>
            </w:r>
          </w:p>
        </w:tc>
        <w:tc>
          <w:tcPr>
            <w:tcW w:w="7460" w:type="dxa"/>
            <w:tcBorders>
              <w:top w:val="single" w:sz="12" w:space="0" w:color="auto"/>
            </w:tcBorders>
            <w:vAlign w:val="bottom"/>
          </w:tcPr>
          <w:p w14:paraId="5F39557A" w14:textId="2D03613C" w:rsidR="00124344" w:rsidRPr="00124344" w:rsidRDefault="009A39AF" w:rsidP="00E370AF">
            <w:pPr>
              <w:jc w:val="both"/>
              <w:rPr>
                <w:sz w:val="19"/>
                <w:szCs w:val="19"/>
                <w:lang w:eastAsia="ja-JP"/>
              </w:rPr>
            </w:pPr>
            <w:r>
              <w:rPr>
                <w:rFonts w:hint="eastAsia"/>
                <w:sz w:val="19"/>
                <w:szCs w:val="19"/>
                <w:lang w:eastAsia="ja-JP"/>
              </w:rPr>
              <w:t>令和　　年　　月　　日</w:t>
            </w:r>
          </w:p>
        </w:tc>
      </w:tr>
      <w:tr w:rsidR="00124344" w14:paraId="3DCA7BEB" w14:textId="77777777" w:rsidTr="00E370AF">
        <w:trPr>
          <w:cantSplit/>
          <w:trHeight w:val="555"/>
        </w:trPr>
        <w:tc>
          <w:tcPr>
            <w:tcW w:w="2376" w:type="dxa"/>
            <w:vAlign w:val="bottom"/>
          </w:tcPr>
          <w:p w14:paraId="17ABC823" w14:textId="45B3C0CE" w:rsidR="00124344" w:rsidRPr="009A39AF" w:rsidRDefault="00124344" w:rsidP="00E370AF">
            <w:pPr>
              <w:jc w:val="distribute"/>
              <w:rPr>
                <w:b/>
                <w:bCs/>
                <w:sz w:val="19"/>
                <w:szCs w:val="19"/>
                <w:lang w:eastAsia="ja-JP"/>
              </w:rPr>
            </w:pPr>
            <w:r w:rsidRPr="009A39AF">
              <w:rPr>
                <w:rFonts w:hint="eastAsia"/>
                <w:b/>
                <w:bCs/>
                <w:sz w:val="19"/>
                <w:szCs w:val="19"/>
                <w:lang w:eastAsia="ja-JP"/>
              </w:rPr>
              <w:t>担当者</w:t>
            </w:r>
          </w:p>
        </w:tc>
        <w:tc>
          <w:tcPr>
            <w:tcW w:w="7460" w:type="dxa"/>
            <w:vAlign w:val="bottom"/>
          </w:tcPr>
          <w:p w14:paraId="3429AC79" w14:textId="77777777" w:rsidR="00124344" w:rsidRPr="00124344" w:rsidRDefault="00124344" w:rsidP="00E370AF">
            <w:pPr>
              <w:jc w:val="both"/>
              <w:rPr>
                <w:sz w:val="19"/>
                <w:szCs w:val="19"/>
                <w:lang w:eastAsia="ja-JP"/>
              </w:rPr>
            </w:pPr>
          </w:p>
        </w:tc>
      </w:tr>
      <w:tr w:rsidR="00124344" w14:paraId="745FC3BC" w14:textId="77777777" w:rsidTr="00C96667">
        <w:trPr>
          <w:cantSplit/>
          <w:trHeight w:val="563"/>
        </w:trPr>
        <w:tc>
          <w:tcPr>
            <w:tcW w:w="2376" w:type="dxa"/>
            <w:vAlign w:val="center"/>
          </w:tcPr>
          <w:p w14:paraId="74E17589" w14:textId="1C64620D" w:rsidR="00124344" w:rsidRPr="009A39AF" w:rsidRDefault="00124344" w:rsidP="00C96667">
            <w:pPr>
              <w:jc w:val="distribute"/>
              <w:rPr>
                <w:b/>
                <w:bCs/>
                <w:sz w:val="19"/>
                <w:szCs w:val="19"/>
                <w:lang w:eastAsia="ja-JP"/>
              </w:rPr>
            </w:pPr>
            <w:r w:rsidRPr="009A39AF">
              <w:rPr>
                <w:rFonts w:hint="eastAsia"/>
                <w:b/>
                <w:bCs/>
                <w:sz w:val="19"/>
                <w:szCs w:val="19"/>
                <w:lang w:eastAsia="ja-JP"/>
              </w:rPr>
              <w:t>支援対象としての適否</w:t>
            </w:r>
          </w:p>
        </w:tc>
        <w:tc>
          <w:tcPr>
            <w:tcW w:w="7460" w:type="dxa"/>
            <w:vAlign w:val="bottom"/>
          </w:tcPr>
          <w:p w14:paraId="08670CB9" w14:textId="5BEFAC57" w:rsidR="00124344" w:rsidRPr="00124344" w:rsidRDefault="009A39AF" w:rsidP="00E370AF">
            <w:pPr>
              <w:jc w:val="both"/>
              <w:rPr>
                <w:sz w:val="19"/>
                <w:szCs w:val="19"/>
                <w:lang w:eastAsia="ja-JP"/>
              </w:rPr>
            </w:pPr>
            <w:r>
              <w:rPr>
                <w:rFonts w:hint="eastAsia"/>
                <w:sz w:val="19"/>
                <w:szCs w:val="19"/>
                <w:lang w:eastAsia="ja-JP"/>
              </w:rPr>
              <w:t>□適　□条件付き適</w:t>
            </w:r>
            <w:r w:rsidR="00C314BC">
              <w:rPr>
                <w:rFonts w:hint="eastAsia"/>
                <w:sz w:val="19"/>
                <w:szCs w:val="19"/>
                <w:lang w:eastAsia="ja-JP"/>
              </w:rPr>
              <w:t>（</w:t>
            </w:r>
            <w:proofErr w:type="spellStart"/>
            <w:r w:rsidR="00C314BC">
              <w:rPr>
                <w:rFonts w:hint="eastAsia"/>
                <w:sz w:val="19"/>
                <w:szCs w:val="19"/>
                <w:lang w:eastAsia="ja-JP"/>
              </w:rPr>
              <w:t>g</w:t>
            </w:r>
            <w:r w:rsidR="00C314BC">
              <w:rPr>
                <w:sz w:val="19"/>
                <w:szCs w:val="19"/>
                <w:lang w:eastAsia="ja-JP"/>
              </w:rPr>
              <w:t>BizID</w:t>
            </w:r>
            <w:proofErr w:type="spellEnd"/>
            <w:r w:rsidR="00C96667">
              <w:rPr>
                <w:rFonts w:hint="eastAsia"/>
                <w:sz w:val="19"/>
                <w:szCs w:val="19"/>
                <w:lang w:eastAsia="ja-JP"/>
              </w:rPr>
              <w:t>、SECURITY ACTION『２つ星』</w:t>
            </w:r>
            <w:r w:rsidR="00C314BC">
              <w:rPr>
                <w:rFonts w:hint="eastAsia"/>
                <w:sz w:val="19"/>
                <w:szCs w:val="19"/>
                <w:lang w:eastAsia="ja-JP"/>
              </w:rPr>
              <w:t>等の取得</w:t>
            </w:r>
            <w:r w:rsidR="00C96667">
              <w:rPr>
                <w:rFonts w:hint="eastAsia"/>
                <w:sz w:val="19"/>
                <w:szCs w:val="19"/>
                <w:lang w:eastAsia="ja-JP"/>
              </w:rPr>
              <w:t>・宣言</w:t>
            </w:r>
            <w:r w:rsidR="00C314BC">
              <w:rPr>
                <w:rFonts w:hint="eastAsia"/>
                <w:sz w:val="19"/>
                <w:szCs w:val="19"/>
                <w:lang w:eastAsia="ja-JP"/>
              </w:rPr>
              <w:t>必須）</w:t>
            </w:r>
            <w:r>
              <w:rPr>
                <w:rFonts w:hint="eastAsia"/>
                <w:sz w:val="19"/>
                <w:szCs w:val="19"/>
                <w:lang w:eastAsia="ja-JP"/>
              </w:rPr>
              <w:t xml:space="preserve">　□不適</w:t>
            </w:r>
          </w:p>
        </w:tc>
      </w:tr>
      <w:tr w:rsidR="009A39AF" w14:paraId="473F7953" w14:textId="77777777" w:rsidTr="00E370AF">
        <w:trPr>
          <w:cantSplit/>
          <w:trHeight w:val="826"/>
        </w:trPr>
        <w:tc>
          <w:tcPr>
            <w:tcW w:w="2376" w:type="dxa"/>
            <w:vAlign w:val="bottom"/>
          </w:tcPr>
          <w:p w14:paraId="28951B7B" w14:textId="77777777" w:rsidR="009A39AF" w:rsidRDefault="009A39AF" w:rsidP="00E370AF">
            <w:pPr>
              <w:spacing w:line="240" w:lineRule="auto"/>
              <w:jc w:val="distribute"/>
              <w:rPr>
                <w:b/>
                <w:bCs/>
                <w:sz w:val="19"/>
                <w:szCs w:val="19"/>
                <w:lang w:eastAsia="ja-JP"/>
              </w:rPr>
            </w:pPr>
            <w:r>
              <w:rPr>
                <w:rFonts w:hint="eastAsia"/>
                <w:b/>
                <w:bCs/>
                <w:sz w:val="19"/>
                <w:szCs w:val="19"/>
                <w:lang w:eastAsia="ja-JP"/>
              </w:rPr>
              <w:t>計画見直しの必要性</w:t>
            </w:r>
          </w:p>
          <w:p w14:paraId="4F5B93C1" w14:textId="0BEE2742" w:rsidR="009A39AF" w:rsidRPr="009A39AF" w:rsidRDefault="009A39AF" w:rsidP="00E370AF">
            <w:pPr>
              <w:spacing w:line="240" w:lineRule="auto"/>
              <w:jc w:val="distribute"/>
              <w:rPr>
                <w:b/>
                <w:bCs/>
                <w:sz w:val="19"/>
                <w:szCs w:val="19"/>
                <w:lang w:eastAsia="ja-JP"/>
              </w:rPr>
            </w:pPr>
            <w:r>
              <w:rPr>
                <w:rFonts w:hint="eastAsia"/>
                <w:b/>
                <w:bCs/>
                <w:sz w:val="19"/>
                <w:szCs w:val="19"/>
                <w:lang w:eastAsia="ja-JP"/>
              </w:rPr>
              <w:t>（更新の場合）</w:t>
            </w:r>
          </w:p>
        </w:tc>
        <w:tc>
          <w:tcPr>
            <w:tcW w:w="7460" w:type="dxa"/>
            <w:vAlign w:val="center"/>
          </w:tcPr>
          <w:p w14:paraId="07404263" w14:textId="576F3905" w:rsidR="009A39AF" w:rsidRPr="009A39AF" w:rsidRDefault="009A39AF" w:rsidP="00E370AF">
            <w:pPr>
              <w:jc w:val="both"/>
              <w:rPr>
                <w:sz w:val="19"/>
                <w:szCs w:val="19"/>
                <w:lang w:eastAsia="ja-JP"/>
              </w:rPr>
            </w:pPr>
            <w:r>
              <w:rPr>
                <w:rFonts w:hint="eastAsia"/>
                <w:sz w:val="19"/>
                <w:szCs w:val="19"/>
                <w:lang w:eastAsia="ja-JP"/>
              </w:rPr>
              <w:t>□高い　□　あり　□低い　□要確認</w:t>
            </w:r>
          </w:p>
        </w:tc>
      </w:tr>
      <w:tr w:rsidR="009A39AF" w14:paraId="31BC6469" w14:textId="77777777" w:rsidTr="009A39AF">
        <w:trPr>
          <w:cantSplit/>
          <w:trHeight w:val="707"/>
        </w:trPr>
        <w:tc>
          <w:tcPr>
            <w:tcW w:w="2376" w:type="dxa"/>
            <w:vAlign w:val="center"/>
          </w:tcPr>
          <w:p w14:paraId="2B4E2051" w14:textId="35A7F8EE" w:rsidR="009A39AF" w:rsidRDefault="009A39AF" w:rsidP="00E370AF">
            <w:pPr>
              <w:spacing w:line="240" w:lineRule="auto"/>
              <w:jc w:val="distribute"/>
              <w:rPr>
                <w:b/>
                <w:bCs/>
                <w:sz w:val="19"/>
                <w:szCs w:val="19"/>
                <w:lang w:eastAsia="ja-JP"/>
              </w:rPr>
            </w:pPr>
            <w:r>
              <w:rPr>
                <w:rFonts w:hint="eastAsia"/>
                <w:b/>
                <w:bCs/>
                <w:sz w:val="19"/>
                <w:szCs w:val="19"/>
                <w:lang w:eastAsia="ja-JP"/>
              </w:rPr>
              <w:t>所感</w:t>
            </w:r>
          </w:p>
        </w:tc>
        <w:tc>
          <w:tcPr>
            <w:tcW w:w="7460" w:type="dxa"/>
            <w:vAlign w:val="center"/>
          </w:tcPr>
          <w:p w14:paraId="576D089F" w14:textId="77777777" w:rsidR="009A39AF" w:rsidRDefault="009A39AF" w:rsidP="009A39AF">
            <w:pPr>
              <w:jc w:val="both"/>
              <w:rPr>
                <w:sz w:val="19"/>
                <w:szCs w:val="19"/>
                <w:lang w:eastAsia="ja-JP"/>
              </w:rPr>
            </w:pPr>
          </w:p>
          <w:p w14:paraId="6E07F343" w14:textId="77777777" w:rsidR="009A39AF" w:rsidRDefault="009A39AF" w:rsidP="009A39AF">
            <w:pPr>
              <w:jc w:val="both"/>
              <w:rPr>
                <w:sz w:val="19"/>
                <w:szCs w:val="19"/>
                <w:lang w:eastAsia="ja-JP"/>
              </w:rPr>
            </w:pPr>
          </w:p>
          <w:p w14:paraId="4CD6CE87" w14:textId="77777777" w:rsidR="00C314BC" w:rsidRDefault="00C314BC" w:rsidP="009A39AF">
            <w:pPr>
              <w:jc w:val="both"/>
              <w:rPr>
                <w:sz w:val="19"/>
                <w:szCs w:val="19"/>
                <w:lang w:eastAsia="ja-JP"/>
              </w:rPr>
            </w:pPr>
          </w:p>
          <w:p w14:paraId="0B44B287" w14:textId="77777777" w:rsidR="00C314BC" w:rsidRDefault="00C314BC" w:rsidP="009A39AF">
            <w:pPr>
              <w:jc w:val="both"/>
              <w:rPr>
                <w:sz w:val="19"/>
                <w:szCs w:val="19"/>
                <w:lang w:eastAsia="ja-JP"/>
              </w:rPr>
            </w:pPr>
          </w:p>
          <w:p w14:paraId="79DB0506" w14:textId="77777777" w:rsidR="00C96667" w:rsidRDefault="00C96667" w:rsidP="009A39AF">
            <w:pPr>
              <w:jc w:val="both"/>
              <w:rPr>
                <w:sz w:val="19"/>
                <w:szCs w:val="19"/>
                <w:lang w:eastAsia="ja-JP"/>
              </w:rPr>
            </w:pPr>
          </w:p>
          <w:p w14:paraId="1784387D" w14:textId="77777777" w:rsidR="00C96667" w:rsidRDefault="00C96667" w:rsidP="009A39AF">
            <w:pPr>
              <w:jc w:val="both"/>
              <w:rPr>
                <w:sz w:val="19"/>
                <w:szCs w:val="19"/>
                <w:lang w:eastAsia="ja-JP"/>
              </w:rPr>
            </w:pPr>
          </w:p>
          <w:p w14:paraId="7FE4384B" w14:textId="77777777" w:rsidR="00C96667" w:rsidRDefault="00C96667" w:rsidP="009A39AF">
            <w:pPr>
              <w:jc w:val="both"/>
              <w:rPr>
                <w:sz w:val="19"/>
                <w:szCs w:val="19"/>
                <w:lang w:eastAsia="ja-JP"/>
              </w:rPr>
            </w:pPr>
          </w:p>
          <w:p w14:paraId="390CAAC6" w14:textId="77777777" w:rsidR="00C96667" w:rsidRDefault="00C96667" w:rsidP="009A39AF">
            <w:pPr>
              <w:jc w:val="both"/>
              <w:rPr>
                <w:sz w:val="19"/>
                <w:szCs w:val="19"/>
                <w:lang w:eastAsia="ja-JP"/>
              </w:rPr>
            </w:pPr>
          </w:p>
          <w:p w14:paraId="41054250" w14:textId="77777777" w:rsidR="00C96667" w:rsidRDefault="00C96667" w:rsidP="009A39AF">
            <w:pPr>
              <w:jc w:val="both"/>
              <w:rPr>
                <w:sz w:val="19"/>
                <w:szCs w:val="19"/>
                <w:lang w:eastAsia="ja-JP"/>
              </w:rPr>
            </w:pPr>
          </w:p>
          <w:p w14:paraId="4DB1D829" w14:textId="77777777" w:rsidR="00C96667" w:rsidRDefault="00C96667" w:rsidP="009A39AF">
            <w:pPr>
              <w:jc w:val="both"/>
              <w:rPr>
                <w:sz w:val="19"/>
                <w:szCs w:val="19"/>
                <w:lang w:eastAsia="ja-JP"/>
              </w:rPr>
            </w:pPr>
          </w:p>
          <w:p w14:paraId="3A285897" w14:textId="77777777" w:rsidR="00C96667" w:rsidRDefault="00C96667" w:rsidP="009A39AF">
            <w:pPr>
              <w:jc w:val="both"/>
              <w:rPr>
                <w:sz w:val="19"/>
                <w:szCs w:val="19"/>
                <w:lang w:eastAsia="ja-JP"/>
              </w:rPr>
            </w:pPr>
          </w:p>
          <w:p w14:paraId="54DD5312" w14:textId="77777777" w:rsidR="00C96667" w:rsidRDefault="00C96667" w:rsidP="009A39AF">
            <w:pPr>
              <w:jc w:val="both"/>
              <w:rPr>
                <w:sz w:val="19"/>
                <w:szCs w:val="19"/>
                <w:lang w:eastAsia="ja-JP"/>
              </w:rPr>
            </w:pPr>
          </w:p>
          <w:p w14:paraId="33098840" w14:textId="77777777" w:rsidR="00C96667" w:rsidRDefault="00C96667" w:rsidP="009A39AF">
            <w:pPr>
              <w:jc w:val="both"/>
              <w:rPr>
                <w:sz w:val="19"/>
                <w:szCs w:val="19"/>
                <w:lang w:eastAsia="ja-JP"/>
              </w:rPr>
            </w:pPr>
          </w:p>
          <w:p w14:paraId="56942A8F" w14:textId="77777777" w:rsidR="00C96667" w:rsidRDefault="00C96667" w:rsidP="009A39AF">
            <w:pPr>
              <w:jc w:val="both"/>
              <w:rPr>
                <w:sz w:val="19"/>
                <w:szCs w:val="19"/>
                <w:lang w:eastAsia="ja-JP"/>
              </w:rPr>
            </w:pPr>
          </w:p>
          <w:p w14:paraId="41407364" w14:textId="77777777" w:rsidR="00C96667" w:rsidRDefault="00C96667" w:rsidP="009A39AF">
            <w:pPr>
              <w:jc w:val="both"/>
              <w:rPr>
                <w:sz w:val="19"/>
                <w:szCs w:val="19"/>
                <w:lang w:eastAsia="ja-JP"/>
              </w:rPr>
            </w:pPr>
          </w:p>
          <w:p w14:paraId="3241BA22" w14:textId="77777777" w:rsidR="00C96667" w:rsidRDefault="00C96667" w:rsidP="009A39AF">
            <w:pPr>
              <w:jc w:val="both"/>
              <w:rPr>
                <w:sz w:val="19"/>
                <w:szCs w:val="19"/>
                <w:lang w:eastAsia="ja-JP"/>
              </w:rPr>
            </w:pPr>
          </w:p>
          <w:p w14:paraId="28D5F009" w14:textId="77777777" w:rsidR="00C96667" w:rsidRDefault="00C96667" w:rsidP="009A39AF">
            <w:pPr>
              <w:jc w:val="both"/>
              <w:rPr>
                <w:sz w:val="19"/>
                <w:szCs w:val="19"/>
                <w:lang w:eastAsia="ja-JP"/>
              </w:rPr>
            </w:pPr>
          </w:p>
          <w:p w14:paraId="39A22285" w14:textId="77777777" w:rsidR="00C314BC" w:rsidRDefault="00C314BC" w:rsidP="009A39AF">
            <w:pPr>
              <w:jc w:val="both"/>
              <w:rPr>
                <w:sz w:val="19"/>
                <w:szCs w:val="19"/>
                <w:lang w:eastAsia="ja-JP"/>
              </w:rPr>
            </w:pPr>
          </w:p>
          <w:p w14:paraId="640D369A" w14:textId="77777777" w:rsidR="00C314BC" w:rsidRDefault="00C314BC" w:rsidP="009A39AF">
            <w:pPr>
              <w:jc w:val="both"/>
              <w:rPr>
                <w:sz w:val="19"/>
                <w:szCs w:val="19"/>
                <w:lang w:eastAsia="ja-JP"/>
              </w:rPr>
            </w:pPr>
          </w:p>
          <w:p w14:paraId="06D88D67" w14:textId="77777777" w:rsidR="009A39AF" w:rsidRDefault="009A39AF" w:rsidP="009A39AF">
            <w:pPr>
              <w:jc w:val="both"/>
              <w:rPr>
                <w:sz w:val="19"/>
                <w:szCs w:val="19"/>
                <w:lang w:eastAsia="ja-JP"/>
              </w:rPr>
            </w:pPr>
          </w:p>
          <w:p w14:paraId="14CF8F26" w14:textId="77777777" w:rsidR="009A39AF" w:rsidRDefault="009A39AF" w:rsidP="009A39AF">
            <w:pPr>
              <w:jc w:val="both"/>
              <w:rPr>
                <w:sz w:val="19"/>
                <w:szCs w:val="19"/>
                <w:lang w:eastAsia="ja-JP"/>
              </w:rPr>
            </w:pPr>
          </w:p>
          <w:p w14:paraId="74848354" w14:textId="77777777" w:rsidR="009A39AF" w:rsidRDefault="009A39AF" w:rsidP="009A39AF">
            <w:pPr>
              <w:jc w:val="both"/>
              <w:rPr>
                <w:sz w:val="19"/>
                <w:szCs w:val="19"/>
                <w:lang w:eastAsia="ja-JP"/>
              </w:rPr>
            </w:pPr>
          </w:p>
          <w:p w14:paraId="6D502330" w14:textId="77777777" w:rsidR="009A39AF" w:rsidRDefault="009A39AF" w:rsidP="009A39AF">
            <w:pPr>
              <w:jc w:val="both"/>
              <w:rPr>
                <w:sz w:val="19"/>
                <w:szCs w:val="19"/>
                <w:lang w:eastAsia="ja-JP"/>
              </w:rPr>
            </w:pPr>
          </w:p>
          <w:p w14:paraId="6F3A7C38" w14:textId="77777777" w:rsidR="009A39AF" w:rsidRDefault="009A39AF" w:rsidP="009A39AF">
            <w:pPr>
              <w:jc w:val="both"/>
              <w:rPr>
                <w:sz w:val="19"/>
                <w:szCs w:val="19"/>
                <w:lang w:eastAsia="ja-JP"/>
              </w:rPr>
            </w:pPr>
          </w:p>
        </w:tc>
      </w:tr>
    </w:tbl>
    <w:p w14:paraId="2E7153E8" w14:textId="77777777" w:rsidR="00124344" w:rsidRPr="00124344" w:rsidRDefault="00124344" w:rsidP="009A39AF">
      <w:pPr>
        <w:rPr>
          <w:color w:val="808080" w:themeColor="background1" w:themeShade="80"/>
          <w:sz w:val="18"/>
          <w:szCs w:val="20"/>
          <w:lang w:eastAsia="ja-JP"/>
        </w:rPr>
      </w:pPr>
    </w:p>
    <w:sectPr w:rsidR="00124344" w:rsidRPr="00124344" w:rsidSect="00034616">
      <w:footerReference w:type="default" r:id="rId8"/>
      <w:pgSz w:w="11906" w:h="16838"/>
      <w:pgMar w:top="1020" w:right="1134" w:bottom="96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2CC7F59" w14:textId="77777777" w:rsidR="004A3D6F" w:rsidRDefault="004A3D6F">
      <w:pPr>
        <w:spacing w:after="0" w:line="240" w:lineRule="auto"/>
      </w:pPr>
      <w:r>
        <w:separator/>
      </w:r>
    </w:p>
  </w:endnote>
  <w:endnote w:type="continuationSeparator" w:id="0">
    <w:p w14:paraId="37EF03EE" w14:textId="77777777" w:rsidR="004A3D6F" w:rsidRDefault="004A3D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B5551F" w14:textId="4D5858AA" w:rsidR="008D6A65" w:rsidRDefault="008D6A65">
    <w:pPr>
      <w:pStyle w:val="a7"/>
      <w:jc w:val="center"/>
      <w:rPr>
        <w:lang w:eastAsia="ja-JP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654824" w14:textId="77777777" w:rsidR="004A3D6F" w:rsidRDefault="004A3D6F">
      <w:pPr>
        <w:spacing w:after="0" w:line="240" w:lineRule="auto"/>
      </w:pPr>
      <w:r>
        <w:separator/>
      </w:r>
    </w:p>
  </w:footnote>
  <w:footnote w:type="continuationSeparator" w:id="0">
    <w:p w14:paraId="473A8D0B" w14:textId="77777777" w:rsidR="004A3D6F" w:rsidRDefault="004A3D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32264894">
    <w:abstractNumId w:val="8"/>
  </w:num>
  <w:num w:numId="2" w16cid:durableId="1931310681">
    <w:abstractNumId w:val="6"/>
  </w:num>
  <w:num w:numId="3" w16cid:durableId="1455320166">
    <w:abstractNumId w:val="5"/>
  </w:num>
  <w:num w:numId="4" w16cid:durableId="529223597">
    <w:abstractNumId w:val="4"/>
  </w:num>
  <w:num w:numId="5" w16cid:durableId="1200246735">
    <w:abstractNumId w:val="7"/>
  </w:num>
  <w:num w:numId="6" w16cid:durableId="113836369">
    <w:abstractNumId w:val="3"/>
  </w:num>
  <w:num w:numId="7" w16cid:durableId="1376542695">
    <w:abstractNumId w:val="2"/>
  </w:num>
  <w:num w:numId="8" w16cid:durableId="92366122">
    <w:abstractNumId w:val="1"/>
  </w:num>
  <w:num w:numId="9" w16cid:durableId="15412385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24344"/>
    <w:rsid w:val="0015074B"/>
    <w:rsid w:val="00194A49"/>
    <w:rsid w:val="0029639D"/>
    <w:rsid w:val="00326F90"/>
    <w:rsid w:val="003B1F45"/>
    <w:rsid w:val="003D0293"/>
    <w:rsid w:val="004675B9"/>
    <w:rsid w:val="00484625"/>
    <w:rsid w:val="004A3D6F"/>
    <w:rsid w:val="00502163"/>
    <w:rsid w:val="00692BBB"/>
    <w:rsid w:val="006E1C13"/>
    <w:rsid w:val="007522BE"/>
    <w:rsid w:val="00815AB5"/>
    <w:rsid w:val="008D6A65"/>
    <w:rsid w:val="00947E25"/>
    <w:rsid w:val="009A39AF"/>
    <w:rsid w:val="00AA1D8D"/>
    <w:rsid w:val="00B42B8E"/>
    <w:rsid w:val="00B46422"/>
    <w:rsid w:val="00B47730"/>
    <w:rsid w:val="00C01765"/>
    <w:rsid w:val="00C314BC"/>
    <w:rsid w:val="00C45339"/>
    <w:rsid w:val="00C96667"/>
    <w:rsid w:val="00CB0664"/>
    <w:rsid w:val="00D76248"/>
    <w:rsid w:val="00E370AF"/>
    <w:rsid w:val="00E93D0F"/>
    <w:rsid w:val="00F7689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9ADACEC"/>
  <w14:defaultImageDpi w14:val="300"/>
  <w15:docId w15:val="{61FE27AB-FE59-4950-8E24-F4A5EED97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60" w:line="288" w:lineRule="auto"/>
    </w:pPr>
    <w:rPr>
      <w:rFonts w:ascii="游ゴシック" w:eastAsia="游ゴシック" w:hAnsi="游ゴシック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">
    <w:name w:val="Note Heading"/>
    <w:basedOn w:val="a1"/>
    <w:next w:val="a1"/>
    <w:link w:val="aff0"/>
    <w:uiPriority w:val="99"/>
    <w:unhideWhenUsed/>
    <w:rsid w:val="00F7689C"/>
    <w:pPr>
      <w:jc w:val="center"/>
    </w:pPr>
    <w:rPr>
      <w:szCs w:val="28"/>
      <w:lang w:eastAsia="ja-JP"/>
    </w:rPr>
  </w:style>
  <w:style w:type="character" w:customStyle="1" w:styleId="aff0">
    <w:name w:val="記 (文字)"/>
    <w:basedOn w:val="a2"/>
    <w:link w:val="aff"/>
    <w:uiPriority w:val="99"/>
    <w:rsid w:val="00F7689C"/>
    <w:rPr>
      <w:rFonts w:ascii="游ゴシック" w:eastAsia="游ゴシック" w:hAnsi="游ゴシック"/>
      <w:sz w:val="21"/>
      <w:szCs w:val="28"/>
      <w:lang w:eastAsia="ja-JP"/>
    </w:rPr>
  </w:style>
  <w:style w:type="paragraph" w:styleId="aff1">
    <w:name w:val="Closing"/>
    <w:basedOn w:val="a1"/>
    <w:link w:val="aff2"/>
    <w:uiPriority w:val="99"/>
    <w:unhideWhenUsed/>
    <w:rsid w:val="00F7689C"/>
    <w:pPr>
      <w:jc w:val="right"/>
    </w:pPr>
    <w:rPr>
      <w:szCs w:val="28"/>
      <w:lang w:eastAsia="ja-JP"/>
    </w:rPr>
  </w:style>
  <w:style w:type="character" w:customStyle="1" w:styleId="aff2">
    <w:name w:val="結語 (文字)"/>
    <w:basedOn w:val="a2"/>
    <w:link w:val="aff1"/>
    <w:uiPriority w:val="99"/>
    <w:rsid w:val="00F7689C"/>
    <w:rPr>
      <w:rFonts w:ascii="游ゴシック" w:eastAsia="游ゴシック" w:hAnsi="游ゴシック"/>
      <w:sz w:val="21"/>
      <w:szCs w:val="28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670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2EA1C9C6EF50E4A823B3FCDD10F3260" ma:contentTypeVersion="14" ma:contentTypeDescription="新しいドキュメントを作成します。" ma:contentTypeScope="" ma:versionID="4d0eb77409e4b33fdd8df8d3b3050bd6">
  <xsd:schema xmlns:xsd="http://www.w3.org/2001/XMLSchema" xmlns:xs="http://www.w3.org/2001/XMLSchema" xmlns:p="http://schemas.microsoft.com/office/2006/metadata/properties" xmlns:ns2="0cb403c3-c832-4be5-956b-0918ad36989e" xmlns:ns3="9a660ead-5f80-44cf-8fc2-11006846d67d" targetNamespace="http://schemas.microsoft.com/office/2006/metadata/properties" ma:root="true" ma:fieldsID="408abfef93417edc6568c31c55a98aa6" ns2:_="" ns3:_="">
    <xsd:import namespace="0cb403c3-c832-4be5-956b-0918ad36989e"/>
    <xsd:import namespace="9a660ead-5f80-44cf-8fc2-11006846d6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b403c3-c832-4be5-956b-0918ad3698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画像タグ" ma:readOnly="false" ma:fieldId="{5cf76f15-5ced-4ddc-b409-7134ff3c332f}" ma:taxonomyMulti="true" ma:sspId="51f26924-9e55-435e-a7c1-0d64066aa4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660ead-5f80-44cf-8fc2-11006846d67d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0b57778-670c-45c5-9e18-ac3abe660852}" ma:internalName="TaxCatchAll" ma:showField="CatchAllData" ma:web="9a660ead-5f80-44cf-8fc2-11006846d6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a660ead-5f80-44cf-8fc2-11006846d67d" xsi:nil="true"/>
    <lcf76f155ced4ddcb4097134ff3c332f xmlns="0cb403c3-c832-4be5-956b-0918ad36989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332D85C-C5F2-4966-AA9B-A426CF4BB549}"/>
</file>

<file path=customXml/itemProps3.xml><?xml version="1.0" encoding="utf-8"?>
<ds:datastoreItem xmlns:ds="http://schemas.openxmlformats.org/officeDocument/2006/customXml" ds:itemID="{CBA223D0-D41C-417F-B396-E29959B84FF7}"/>
</file>

<file path=customXml/itemProps4.xml><?xml version="1.0" encoding="utf-8"?>
<ds:datastoreItem xmlns:ds="http://schemas.openxmlformats.org/officeDocument/2006/customXml" ds:itemID="{47E3DCF4-CF11-436A-9E5A-9823655ED27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3</Pages>
  <Words>185</Words>
  <Characters>1060</Characters>
  <Application>Microsoft Office Word</Application>
  <DocSecurity>0</DocSecurity>
  <Lines>8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1243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富田 基意（ふくい産業支援センター）</cp:lastModifiedBy>
  <cp:revision>8</cp:revision>
  <dcterms:created xsi:type="dcterms:W3CDTF">2013-12-23T23:15:00Z</dcterms:created>
  <dcterms:modified xsi:type="dcterms:W3CDTF">2026-08-18T05:59:00Z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0x010100B2EA1C9C6EF50E4A823B3FCDD10F3260</vt:lpwstr>
  </property>
  <property fmtid="{D5CDD505-2E9C-101B-9397-08002B2CF9AE}" pid="3" name="MediaServiceImageTags">
    <vt:lpwstr/>
  </property>
</Properties>
</file>