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0431C" w14:textId="77777777" w:rsidR="000A6F82" w:rsidRDefault="00000000" w:rsidP="00ED7061">
      <w:pPr>
        <w:spacing w:after="0" w:line="300" w:lineRule="auto"/>
      </w:pPr>
      <w:r>
        <w:rPr>
          <w:rFonts w:ascii="ＭＳ 明朝" w:eastAsia="ＭＳ 明朝" w:hAnsi="ＭＳ 明朝"/>
          <w:color w:val="000000"/>
          <w:sz w:val="21"/>
        </w:rPr>
        <w:t>（様式１）</w:t>
      </w:r>
    </w:p>
    <w:p w14:paraId="110B92AB" w14:textId="0E0AF6CB" w:rsidR="000A6F82" w:rsidRDefault="00000000" w:rsidP="00ED7061">
      <w:pPr>
        <w:spacing w:after="240" w:line="300" w:lineRule="auto"/>
        <w:jc w:val="right"/>
        <w:rPr>
          <w:rFonts w:ascii="ＭＳ 明朝" w:eastAsia="ＭＳ 明朝" w:hAnsi="ＭＳ 明朝"/>
          <w:color w:val="000000"/>
          <w:sz w:val="21"/>
          <w:lang w:eastAsia="ja-JP"/>
        </w:rPr>
      </w:pPr>
      <w:r>
        <w:rPr>
          <w:rFonts w:ascii="ＭＳ 明朝" w:eastAsia="ＭＳ 明朝" w:hAnsi="ＭＳ 明朝"/>
          <w:color w:val="000000"/>
          <w:sz w:val="21"/>
        </w:rPr>
        <w:t>令和８年</w:t>
      </w:r>
      <w:r w:rsidR="007F7BCA">
        <w:rPr>
          <w:rFonts w:ascii="ＭＳ 明朝" w:eastAsia="ＭＳ 明朝" w:hAnsi="ＭＳ 明朝" w:hint="eastAsia"/>
          <w:color w:val="000000"/>
          <w:sz w:val="21"/>
          <w:lang w:eastAsia="ja-JP"/>
        </w:rPr>
        <w:t xml:space="preserve">　　</w:t>
      </w:r>
      <w:r>
        <w:rPr>
          <w:rFonts w:ascii="ＭＳ 明朝" w:eastAsia="ＭＳ 明朝" w:hAnsi="ＭＳ 明朝"/>
          <w:color w:val="000000"/>
          <w:sz w:val="21"/>
        </w:rPr>
        <w:t>月　　日</w:t>
      </w:r>
    </w:p>
    <w:p w14:paraId="6D7396A3" w14:textId="77777777" w:rsidR="00ED7061" w:rsidRDefault="00ED7061" w:rsidP="00ED7061">
      <w:pPr>
        <w:spacing w:after="240" w:line="300" w:lineRule="auto"/>
        <w:jc w:val="right"/>
        <w:rPr>
          <w:lang w:eastAsia="ja-JP"/>
        </w:rPr>
      </w:pPr>
    </w:p>
    <w:p w14:paraId="04066997" w14:textId="77777777" w:rsidR="000A6F82" w:rsidRDefault="00000000" w:rsidP="00ED7061">
      <w:pPr>
        <w:spacing w:after="0" w:line="300" w:lineRule="auto"/>
        <w:rPr>
          <w:lang w:eastAsia="ja-JP"/>
        </w:rPr>
      </w:pPr>
      <w:r>
        <w:rPr>
          <w:rFonts w:ascii="ＭＳ 明朝" w:eastAsia="ＭＳ 明朝" w:hAnsi="ＭＳ 明朝"/>
          <w:color w:val="000000"/>
          <w:sz w:val="21"/>
          <w:lang w:eastAsia="ja-JP"/>
        </w:rPr>
        <w:t>公益財団法人ふくい産業支援センター</w:t>
      </w:r>
    </w:p>
    <w:p w14:paraId="050D7391" w14:textId="77777777" w:rsidR="000A6F82" w:rsidRDefault="00000000" w:rsidP="00ED7061">
      <w:pPr>
        <w:spacing w:after="360" w:line="300" w:lineRule="auto"/>
        <w:rPr>
          <w:lang w:eastAsia="ja-JP"/>
        </w:rPr>
      </w:pPr>
      <w:r>
        <w:rPr>
          <w:rFonts w:ascii="ＭＳ 明朝" w:eastAsia="ＭＳ 明朝" w:hAnsi="ＭＳ 明朝"/>
          <w:color w:val="000000"/>
          <w:sz w:val="21"/>
          <w:lang w:eastAsia="ja-JP"/>
        </w:rPr>
        <w:t>理 事 長　　様</w:t>
      </w:r>
    </w:p>
    <w:p w14:paraId="120E3AF6" w14:textId="77777777" w:rsidR="00DE6001" w:rsidRDefault="00DE6001" w:rsidP="00DE6001">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（提案者）</w:t>
      </w:r>
    </w:p>
    <w:p w14:paraId="46F8B9C5" w14:textId="77777777" w:rsidR="00DE6001" w:rsidRDefault="00DE6001" w:rsidP="00DE6001">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住　　　　所：</w:t>
      </w:r>
    </w:p>
    <w:p w14:paraId="4EFBA291" w14:textId="77777777" w:rsidR="00DE6001" w:rsidRDefault="00DE6001" w:rsidP="00DE6001">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商号または名称：</w:t>
      </w:r>
    </w:p>
    <w:p w14:paraId="26987303" w14:textId="77777777" w:rsidR="00DE6001" w:rsidRDefault="00DE6001" w:rsidP="00DE6001">
      <w:pPr>
        <w:spacing w:after="0" w:line="240" w:lineRule="auto"/>
        <w:ind w:left="2880" w:right="420" w:firstLine="720"/>
        <w:rPr>
          <w:lang w:eastAsia="ja-JP"/>
        </w:rPr>
      </w:pPr>
      <w:r>
        <w:rPr>
          <w:rFonts w:ascii="ＭＳ 明朝" w:eastAsia="ＭＳ 明朝" w:hAnsi="ＭＳ 明朝"/>
          <w:color w:val="000000"/>
          <w:sz w:val="21"/>
          <w:lang w:eastAsia="ja-JP"/>
        </w:rPr>
        <w:t>代表者職・氏名：</w:t>
      </w:r>
    </w:p>
    <w:p w14:paraId="3E2C4B8E" w14:textId="77777777" w:rsidR="00ED7061" w:rsidRPr="00DE6001" w:rsidRDefault="00ED7061" w:rsidP="00ED7061">
      <w:pPr>
        <w:spacing w:after="0" w:line="300" w:lineRule="auto"/>
        <w:jc w:val="right"/>
        <w:rPr>
          <w:lang w:eastAsia="ja-JP"/>
        </w:rPr>
      </w:pPr>
    </w:p>
    <w:p w14:paraId="4439B808" w14:textId="421F09D9" w:rsidR="000A6F82" w:rsidRPr="00623AC1" w:rsidRDefault="00ED7061" w:rsidP="00ED7061">
      <w:pPr>
        <w:spacing w:before="360" w:after="120" w:line="300" w:lineRule="auto"/>
        <w:jc w:val="center"/>
        <w:rPr>
          <w:rFonts w:asciiTheme="majorEastAsia" w:eastAsiaTheme="majorEastAsia" w:hAnsiTheme="majorEastAsia"/>
          <w:sz w:val="21"/>
          <w:szCs w:val="21"/>
          <w:lang w:eastAsia="ja-JP"/>
        </w:rPr>
      </w:pPr>
      <w:r w:rsidRPr="00623AC1">
        <w:rPr>
          <w:rFonts w:asciiTheme="majorEastAsia" w:eastAsiaTheme="majorEastAsia" w:hAnsiTheme="majorEastAsia"/>
          <w:color w:val="000000"/>
          <w:sz w:val="24"/>
          <w:szCs w:val="21"/>
          <w:lang w:eastAsia="ja-JP"/>
        </w:rPr>
        <w:t>企画提案参加申請書</w:t>
      </w:r>
    </w:p>
    <w:p w14:paraId="7555E2A5" w14:textId="4D4C3D7A" w:rsidR="000A6F82" w:rsidRDefault="00000000" w:rsidP="00ED7061">
      <w:pPr>
        <w:spacing w:after="360" w:line="300" w:lineRule="auto"/>
        <w:rPr>
          <w:lang w:eastAsia="ja-JP"/>
        </w:rPr>
      </w:pPr>
      <w:r>
        <w:rPr>
          <w:rFonts w:ascii="ＭＳ 明朝" w:eastAsia="ＭＳ 明朝" w:hAnsi="ＭＳ 明朝"/>
          <w:color w:val="000000"/>
          <w:sz w:val="21"/>
          <w:lang w:eastAsia="ja-JP"/>
        </w:rPr>
        <w:t xml:space="preserve">　令和８年</w:t>
      </w:r>
      <w:r w:rsidR="00ED7061">
        <w:rPr>
          <w:rFonts w:ascii="ＭＳ 明朝" w:eastAsia="ＭＳ 明朝" w:hAnsi="ＭＳ 明朝" w:hint="eastAsia"/>
          <w:color w:val="000000"/>
          <w:sz w:val="21"/>
          <w:lang w:eastAsia="ja-JP"/>
        </w:rPr>
        <w:t xml:space="preserve">　</w:t>
      </w:r>
      <w:r>
        <w:rPr>
          <w:rFonts w:ascii="ＭＳ 明朝" w:eastAsia="ＭＳ 明朝" w:hAnsi="ＭＳ 明朝"/>
          <w:color w:val="000000"/>
          <w:sz w:val="21"/>
          <w:lang w:eastAsia="ja-JP"/>
        </w:rPr>
        <w:t>月</w:t>
      </w:r>
      <w:r w:rsidR="00ED7061">
        <w:rPr>
          <w:rFonts w:ascii="ＭＳ 明朝" w:eastAsia="ＭＳ 明朝" w:hAnsi="ＭＳ 明朝" w:hint="eastAsia"/>
          <w:color w:val="000000"/>
          <w:sz w:val="21"/>
          <w:lang w:eastAsia="ja-JP"/>
        </w:rPr>
        <w:t xml:space="preserve">　</w:t>
      </w:r>
      <w:r>
        <w:rPr>
          <w:rFonts w:ascii="ＭＳ 明朝" w:eastAsia="ＭＳ 明朝" w:hAnsi="ＭＳ 明朝"/>
          <w:color w:val="000000"/>
          <w:sz w:val="21"/>
          <w:lang w:eastAsia="ja-JP"/>
        </w:rPr>
        <w:t>日付けで公募のありました「ふくいナビリニューアルシステム開発業務委託」</w:t>
      </w:r>
      <w:r w:rsidR="00ED7061" w:rsidRPr="00ED7061">
        <w:rPr>
          <w:rFonts w:ascii="ＭＳ 明朝" w:eastAsia="ＭＳ 明朝" w:hAnsi="ＭＳ 明朝"/>
          <w:color w:val="000000"/>
          <w:sz w:val="21"/>
          <w:lang w:eastAsia="ja-JP"/>
        </w:rPr>
        <w:t>に係る企画提案</w:t>
      </w:r>
      <w:r w:rsidR="00587D61">
        <w:rPr>
          <w:rFonts w:ascii="ＭＳ 明朝" w:eastAsia="ＭＳ 明朝" w:hAnsi="ＭＳ 明朝" w:hint="eastAsia"/>
          <w:color w:val="000000"/>
          <w:sz w:val="21"/>
          <w:lang w:eastAsia="ja-JP"/>
        </w:rPr>
        <w:t>への参加を希望し</w:t>
      </w:r>
      <w:r>
        <w:rPr>
          <w:rFonts w:ascii="ＭＳ 明朝" w:eastAsia="ＭＳ 明朝" w:hAnsi="ＭＳ 明朝"/>
          <w:color w:val="000000"/>
          <w:sz w:val="21"/>
          <w:lang w:eastAsia="ja-JP"/>
        </w:rPr>
        <w:t>、下記の書類を添えて申請します。</w:t>
      </w:r>
    </w:p>
    <w:p w14:paraId="7AE4C8AD" w14:textId="77777777" w:rsidR="000A6F82" w:rsidRDefault="00000000" w:rsidP="00ED7061">
      <w:pPr>
        <w:spacing w:after="240" w:line="300" w:lineRule="auto"/>
        <w:jc w:val="center"/>
        <w:rPr>
          <w:lang w:eastAsia="ja-JP"/>
        </w:rPr>
      </w:pPr>
      <w:r>
        <w:rPr>
          <w:rFonts w:ascii="ＭＳ 明朝" w:eastAsia="ＭＳ 明朝" w:hAnsi="ＭＳ 明朝"/>
          <w:color w:val="000000"/>
          <w:sz w:val="21"/>
          <w:lang w:eastAsia="ja-JP"/>
        </w:rPr>
        <w:t>記</w:t>
      </w:r>
    </w:p>
    <w:p w14:paraId="3C0C9C76" w14:textId="77777777" w:rsidR="00ED7061" w:rsidRDefault="00ED7061" w:rsidP="00ED7061">
      <w:pPr>
        <w:pStyle w:val="ae"/>
        <w:numPr>
          <w:ilvl w:val="0"/>
          <w:numId w:val="10"/>
        </w:numPr>
        <w:spacing w:after="120" w:line="300" w:lineRule="auto"/>
        <w:ind w:left="851" w:hanging="567"/>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会社概要書（様式２）</w:t>
      </w:r>
    </w:p>
    <w:p w14:paraId="285F6B64" w14:textId="685C67F2" w:rsidR="00ED7061" w:rsidRPr="00ED7061" w:rsidRDefault="00ED7061" w:rsidP="00ED7061">
      <w:pPr>
        <w:pStyle w:val="ae"/>
        <w:numPr>
          <w:ilvl w:val="0"/>
          <w:numId w:val="10"/>
        </w:numPr>
        <w:spacing w:after="120" w:line="300" w:lineRule="auto"/>
        <w:ind w:left="851" w:hanging="567"/>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福井県税事務所または嶺南振興局が発行する県税に滞納がない旨の証明書</w:t>
      </w:r>
      <w:r w:rsidRPr="00ED7061">
        <w:rPr>
          <w:rFonts w:ascii="ＭＳ 明朝" w:eastAsia="ＭＳ 明朝" w:hAnsi="ＭＳ 明朝" w:hint="eastAsia"/>
          <w:color w:val="000000"/>
          <w:sz w:val="21"/>
          <w:lang w:eastAsia="ja-JP"/>
        </w:rPr>
        <w:t>（納税証明書）</w:t>
      </w:r>
    </w:p>
    <w:p w14:paraId="145EB6BF" w14:textId="2551E78F" w:rsidR="000A6F82" w:rsidRDefault="00000000" w:rsidP="00ED7061">
      <w:pPr>
        <w:pStyle w:val="ae"/>
        <w:numPr>
          <w:ilvl w:val="0"/>
          <w:numId w:val="10"/>
        </w:numPr>
        <w:spacing w:after="120" w:line="300" w:lineRule="auto"/>
        <w:ind w:left="851" w:hanging="567"/>
        <w:rPr>
          <w:lang w:eastAsia="ja-JP"/>
        </w:rPr>
      </w:pPr>
      <w:r w:rsidRPr="00ED7061">
        <w:rPr>
          <w:rFonts w:ascii="ＭＳ 明朝" w:eastAsia="ＭＳ 明朝" w:hAnsi="ＭＳ 明朝"/>
          <w:color w:val="000000"/>
          <w:sz w:val="21"/>
          <w:lang w:eastAsia="ja-JP"/>
        </w:rPr>
        <w:t>会社案内等のパンフレット</w:t>
      </w:r>
      <w:r w:rsidR="00ED7061">
        <w:rPr>
          <w:rFonts w:ascii="ＭＳ 明朝" w:eastAsia="ＭＳ 明朝" w:hAnsi="ＭＳ 明朝" w:hint="eastAsia"/>
          <w:color w:val="000000"/>
          <w:sz w:val="21"/>
          <w:lang w:eastAsia="ja-JP"/>
        </w:rPr>
        <w:t>、ホームページ等の写し</w:t>
      </w:r>
    </w:p>
    <w:p w14:paraId="53CC3547" w14:textId="3E55FBC3" w:rsidR="000A6F82" w:rsidRDefault="00000000" w:rsidP="00ED7061">
      <w:pPr>
        <w:pStyle w:val="ae"/>
        <w:numPr>
          <w:ilvl w:val="0"/>
          <w:numId w:val="10"/>
        </w:numPr>
        <w:spacing w:after="120" w:line="300" w:lineRule="auto"/>
        <w:ind w:left="851" w:hanging="567"/>
      </w:pPr>
      <w:r w:rsidRPr="00ED7061">
        <w:rPr>
          <w:rFonts w:ascii="ＭＳ 明朝" w:eastAsia="ＭＳ 明朝" w:hAnsi="ＭＳ 明朝"/>
          <w:color w:val="000000"/>
          <w:sz w:val="21"/>
        </w:rPr>
        <w:t>参加資格誓約書（様式３）</w:t>
      </w:r>
    </w:p>
    <w:p w14:paraId="1B25ECEE" w14:textId="77777777" w:rsidR="00ED7061" w:rsidRDefault="00ED7061" w:rsidP="00ED7061">
      <w:pPr>
        <w:spacing w:after="0" w:line="240" w:lineRule="auto"/>
        <w:rPr>
          <w:sz w:val="21"/>
          <w:szCs w:val="21"/>
          <w:lang w:eastAsia="ja-JP"/>
        </w:rPr>
      </w:pPr>
    </w:p>
    <w:p w14:paraId="72E75750" w14:textId="77777777" w:rsidR="00ED7061" w:rsidRDefault="00ED7061" w:rsidP="00ED7061">
      <w:pPr>
        <w:spacing w:after="0" w:line="240" w:lineRule="auto"/>
        <w:rPr>
          <w:sz w:val="21"/>
          <w:szCs w:val="21"/>
          <w:lang w:eastAsia="ja-JP"/>
        </w:rPr>
      </w:pPr>
    </w:p>
    <w:p w14:paraId="156BF0E2" w14:textId="77777777" w:rsidR="00ED7061" w:rsidRPr="00ED7061" w:rsidRDefault="00ED7061" w:rsidP="00ED7061">
      <w:pPr>
        <w:spacing w:after="0" w:line="240" w:lineRule="auto"/>
        <w:rPr>
          <w:sz w:val="21"/>
          <w:szCs w:val="21"/>
          <w:lang w:eastAsia="ja-JP"/>
        </w:rPr>
      </w:pPr>
    </w:p>
    <w:p w14:paraId="11152875" w14:textId="77777777" w:rsidR="00ED7061" w:rsidRPr="00ED7061" w:rsidRDefault="00ED7061" w:rsidP="00ED7061">
      <w:pPr>
        <w:spacing w:after="0" w:line="300" w:lineRule="auto"/>
        <w:rPr>
          <w:sz w:val="21"/>
          <w:szCs w:val="21"/>
          <w:lang w:eastAsia="ja-JP"/>
        </w:rPr>
      </w:pPr>
      <w:r w:rsidRPr="00ED7061">
        <w:rPr>
          <w:sz w:val="21"/>
          <w:szCs w:val="21"/>
          <w:lang w:eastAsia="ja-JP"/>
        </w:rPr>
        <w:t xml:space="preserve">　　　　　　　　　　　　　　　</w:t>
      </w:r>
      <w:r w:rsidRPr="00ED7061">
        <w:rPr>
          <w:sz w:val="21"/>
          <w:szCs w:val="21"/>
          <w:lang w:eastAsia="ja-JP"/>
        </w:rPr>
        <w:t xml:space="preserve"> </w:t>
      </w:r>
      <w:r w:rsidRPr="00ED7061">
        <w:rPr>
          <w:sz w:val="21"/>
          <w:szCs w:val="21"/>
          <w:lang w:eastAsia="ja-JP"/>
        </w:rPr>
        <w:t xml:space="preserve">　（担当者）</w:t>
      </w:r>
    </w:p>
    <w:p w14:paraId="73BDC95F" w14:textId="77777777" w:rsidR="00ED7061" w:rsidRPr="00ED7061" w:rsidRDefault="00ED7061" w:rsidP="00ED7061">
      <w:pPr>
        <w:spacing w:after="0" w:line="300" w:lineRule="auto"/>
        <w:rPr>
          <w:sz w:val="21"/>
          <w:szCs w:val="21"/>
          <w:lang w:eastAsia="ja-JP"/>
        </w:rPr>
      </w:pPr>
      <w:r w:rsidRPr="00ED7061">
        <w:rPr>
          <w:sz w:val="21"/>
          <w:szCs w:val="21"/>
          <w:lang w:eastAsia="ja-JP"/>
        </w:rPr>
        <w:t xml:space="preserve">　　　　　　　　　　　　　　　　　　　　部署名：</w:t>
      </w:r>
    </w:p>
    <w:p w14:paraId="52E33C8B" w14:textId="77777777" w:rsidR="00ED7061" w:rsidRPr="00ED7061" w:rsidRDefault="00ED7061" w:rsidP="00ED7061">
      <w:pPr>
        <w:spacing w:after="0" w:line="300" w:lineRule="auto"/>
        <w:rPr>
          <w:sz w:val="21"/>
          <w:szCs w:val="21"/>
          <w:lang w:eastAsia="ja-JP"/>
        </w:rPr>
      </w:pPr>
      <w:r w:rsidRPr="00ED7061">
        <w:rPr>
          <w:sz w:val="21"/>
          <w:szCs w:val="21"/>
          <w:lang w:eastAsia="ja-JP"/>
        </w:rPr>
        <w:t xml:space="preserve">　　　　　　　　　　　　　　　　　　　　職・氏名：</w:t>
      </w:r>
    </w:p>
    <w:p w14:paraId="72968439" w14:textId="77777777" w:rsidR="00ED7061" w:rsidRPr="00ED7061" w:rsidRDefault="00ED7061" w:rsidP="00ED7061">
      <w:pPr>
        <w:spacing w:after="0" w:line="300" w:lineRule="auto"/>
        <w:rPr>
          <w:sz w:val="21"/>
          <w:szCs w:val="21"/>
          <w:lang w:eastAsia="ja-JP"/>
        </w:rPr>
      </w:pPr>
      <w:r w:rsidRPr="00ED7061">
        <w:rPr>
          <w:sz w:val="21"/>
          <w:szCs w:val="21"/>
          <w:lang w:eastAsia="ja-JP"/>
        </w:rPr>
        <w:t xml:space="preserve">　　　　　　　　　　　　　　　　　　　　電話番号：</w:t>
      </w:r>
    </w:p>
    <w:p w14:paraId="36C4B21E" w14:textId="672E34F0" w:rsidR="00ED7061" w:rsidRPr="00ED7061" w:rsidRDefault="00ED7061" w:rsidP="00ED7061">
      <w:pPr>
        <w:spacing w:after="0" w:line="300" w:lineRule="auto"/>
        <w:ind w:firstLineChars="100" w:firstLine="201"/>
        <w:rPr>
          <w:sz w:val="21"/>
          <w:szCs w:val="21"/>
          <w:lang w:eastAsia="ja-JP"/>
        </w:rPr>
      </w:pPr>
      <w:r w:rsidRPr="00ED7061">
        <w:rPr>
          <w:sz w:val="21"/>
          <w:szCs w:val="21"/>
          <w:lang w:eastAsia="ja-JP"/>
        </w:rPr>
        <w:t xml:space="preserve">　　　　　　　　　　　　　　　　　　　電子メール：</w:t>
      </w:r>
    </w:p>
    <w:p w14:paraId="47B77835" w14:textId="77777777" w:rsidR="00ED7061" w:rsidRDefault="00ED7061">
      <w:pPr>
        <w:rPr>
          <w:rFonts w:ascii="ＭＳ 明朝" w:eastAsia="ＭＳ 明朝" w:hAnsi="ＭＳ 明朝"/>
          <w:color w:val="000000"/>
          <w:sz w:val="21"/>
          <w:lang w:eastAsia="ja-JP"/>
        </w:rPr>
      </w:pPr>
      <w:r>
        <w:rPr>
          <w:rFonts w:ascii="ＭＳ 明朝" w:eastAsia="ＭＳ 明朝" w:hAnsi="ＭＳ 明朝"/>
          <w:color w:val="000000"/>
          <w:sz w:val="21"/>
          <w:lang w:eastAsia="ja-JP"/>
        </w:rPr>
        <w:br w:type="page"/>
      </w:r>
    </w:p>
    <w:p w14:paraId="1135B93C" w14:textId="77777777" w:rsidR="00ED7061" w:rsidRPr="00ED7061" w:rsidRDefault="00ED7061" w:rsidP="00ED7061">
      <w:pPr>
        <w:spacing w:after="0" w:line="240" w:lineRule="auto"/>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lastRenderedPageBreak/>
        <w:t>（様式２）</w:t>
      </w:r>
    </w:p>
    <w:p w14:paraId="550FFB8D" w14:textId="77777777" w:rsidR="00ED7061" w:rsidRPr="00623AC1" w:rsidRDefault="00ED7061" w:rsidP="00ED7061">
      <w:pPr>
        <w:spacing w:after="0" w:line="240" w:lineRule="auto"/>
        <w:jc w:val="center"/>
        <w:rPr>
          <w:rFonts w:asciiTheme="majorEastAsia" w:eastAsiaTheme="majorEastAsia" w:hAnsiTheme="majorEastAsia"/>
          <w:color w:val="000000"/>
          <w:sz w:val="24"/>
          <w:szCs w:val="28"/>
          <w:lang w:eastAsia="ja-JP"/>
        </w:rPr>
      </w:pPr>
      <w:r w:rsidRPr="00623AC1">
        <w:rPr>
          <w:rFonts w:asciiTheme="majorEastAsia" w:eastAsiaTheme="majorEastAsia" w:hAnsiTheme="majorEastAsia"/>
          <w:color w:val="000000"/>
          <w:sz w:val="24"/>
          <w:szCs w:val="28"/>
          <w:lang w:eastAsia="ja-JP"/>
        </w:rPr>
        <w:t>会社概要書</w:t>
      </w:r>
    </w:p>
    <w:p w14:paraId="6132385F" w14:textId="77777777" w:rsidR="00ED7061" w:rsidRPr="00ED7061" w:rsidRDefault="00ED7061" w:rsidP="00ED7061">
      <w:pPr>
        <w:spacing w:after="0" w:line="240" w:lineRule="auto"/>
        <w:rPr>
          <w:rFonts w:ascii="ＭＳ 明朝" w:eastAsia="ＭＳ 明朝" w:hAnsi="ＭＳ 明朝"/>
          <w:color w:val="000000"/>
          <w:sz w:val="21"/>
          <w:lang w:eastAsia="ja-JP"/>
        </w:rPr>
      </w:pPr>
    </w:p>
    <w:tbl>
      <w:tblPr>
        <w:tblStyle w:val="afe"/>
        <w:tblW w:w="0" w:type="auto"/>
        <w:tblInd w:w="250" w:type="dxa"/>
        <w:tblLook w:val="04A0" w:firstRow="1" w:lastRow="0" w:firstColumn="1" w:lastColumn="0" w:noHBand="0" w:noVBand="1"/>
      </w:tblPr>
      <w:tblGrid>
        <w:gridCol w:w="2297"/>
        <w:gridCol w:w="6633"/>
      </w:tblGrid>
      <w:tr w:rsidR="00ED7061" w:rsidRPr="00ED7061" w14:paraId="4E2464A4" w14:textId="77777777" w:rsidTr="00DE6001">
        <w:trPr>
          <w:trHeight w:hRule="exact" w:val="680"/>
        </w:trPr>
        <w:tc>
          <w:tcPr>
            <w:tcW w:w="2297" w:type="dxa"/>
            <w:tcBorders>
              <w:top w:val="single" w:sz="4" w:space="0" w:color="auto"/>
              <w:left w:val="single" w:sz="4" w:space="0" w:color="auto"/>
              <w:bottom w:val="single" w:sz="4" w:space="0" w:color="auto"/>
              <w:right w:val="single" w:sz="4" w:space="0" w:color="auto"/>
            </w:tcBorders>
            <w:vAlign w:val="center"/>
            <w:hideMark/>
          </w:tcPr>
          <w:p w14:paraId="5EA980C8"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会社名</w:t>
            </w:r>
          </w:p>
        </w:tc>
        <w:tc>
          <w:tcPr>
            <w:tcW w:w="6633" w:type="dxa"/>
            <w:tcBorders>
              <w:top w:val="single" w:sz="4" w:space="0" w:color="auto"/>
              <w:left w:val="single" w:sz="4" w:space="0" w:color="auto"/>
              <w:bottom w:val="single" w:sz="4" w:space="0" w:color="auto"/>
              <w:right w:val="single" w:sz="4" w:space="0" w:color="auto"/>
            </w:tcBorders>
            <w:vAlign w:val="center"/>
          </w:tcPr>
          <w:p w14:paraId="27BE648E" w14:textId="77777777" w:rsidR="00ED7061" w:rsidRPr="00ED7061" w:rsidRDefault="00ED7061" w:rsidP="00ED7061">
            <w:pPr>
              <w:rPr>
                <w:rFonts w:ascii="ＭＳ 明朝" w:eastAsia="ＭＳ 明朝" w:hAnsi="ＭＳ 明朝"/>
                <w:color w:val="000000"/>
                <w:sz w:val="21"/>
                <w:lang w:eastAsia="ja-JP"/>
              </w:rPr>
            </w:pPr>
          </w:p>
        </w:tc>
      </w:tr>
      <w:tr w:rsidR="00ED7061" w:rsidRPr="00ED7061" w14:paraId="5AB1814F" w14:textId="77777777" w:rsidTr="00DE6001">
        <w:trPr>
          <w:trHeight w:hRule="exact" w:val="680"/>
        </w:trPr>
        <w:tc>
          <w:tcPr>
            <w:tcW w:w="2297" w:type="dxa"/>
            <w:tcBorders>
              <w:top w:val="single" w:sz="4" w:space="0" w:color="auto"/>
              <w:left w:val="single" w:sz="4" w:space="0" w:color="auto"/>
              <w:bottom w:val="single" w:sz="4" w:space="0" w:color="auto"/>
              <w:right w:val="single" w:sz="4" w:space="0" w:color="auto"/>
            </w:tcBorders>
            <w:vAlign w:val="center"/>
            <w:hideMark/>
          </w:tcPr>
          <w:p w14:paraId="6535C53D"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所在地</w:t>
            </w:r>
          </w:p>
        </w:tc>
        <w:tc>
          <w:tcPr>
            <w:tcW w:w="6633" w:type="dxa"/>
            <w:tcBorders>
              <w:top w:val="single" w:sz="4" w:space="0" w:color="auto"/>
              <w:left w:val="single" w:sz="4" w:space="0" w:color="auto"/>
              <w:bottom w:val="single" w:sz="4" w:space="0" w:color="auto"/>
              <w:right w:val="single" w:sz="4" w:space="0" w:color="auto"/>
            </w:tcBorders>
            <w:vAlign w:val="center"/>
          </w:tcPr>
          <w:p w14:paraId="5ADC90F2" w14:textId="77777777" w:rsidR="00ED7061" w:rsidRPr="00ED7061" w:rsidRDefault="00ED7061" w:rsidP="00ED7061">
            <w:pPr>
              <w:rPr>
                <w:rFonts w:ascii="ＭＳ 明朝" w:eastAsia="ＭＳ 明朝" w:hAnsi="ＭＳ 明朝"/>
                <w:color w:val="000000"/>
                <w:sz w:val="21"/>
                <w:lang w:eastAsia="ja-JP"/>
              </w:rPr>
            </w:pPr>
          </w:p>
        </w:tc>
      </w:tr>
      <w:tr w:rsidR="00ED7061" w:rsidRPr="00ED7061" w14:paraId="1843ED4B" w14:textId="77777777" w:rsidTr="00DE6001">
        <w:trPr>
          <w:trHeight w:hRule="exact" w:val="680"/>
        </w:trPr>
        <w:tc>
          <w:tcPr>
            <w:tcW w:w="2297" w:type="dxa"/>
            <w:tcBorders>
              <w:top w:val="single" w:sz="4" w:space="0" w:color="auto"/>
              <w:left w:val="single" w:sz="4" w:space="0" w:color="auto"/>
              <w:bottom w:val="single" w:sz="4" w:space="0" w:color="auto"/>
              <w:right w:val="single" w:sz="4" w:space="0" w:color="auto"/>
            </w:tcBorders>
            <w:vAlign w:val="center"/>
            <w:hideMark/>
          </w:tcPr>
          <w:p w14:paraId="66BA9507"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代表者名</w:t>
            </w:r>
          </w:p>
        </w:tc>
        <w:tc>
          <w:tcPr>
            <w:tcW w:w="6633" w:type="dxa"/>
            <w:tcBorders>
              <w:top w:val="single" w:sz="4" w:space="0" w:color="auto"/>
              <w:left w:val="single" w:sz="4" w:space="0" w:color="auto"/>
              <w:bottom w:val="single" w:sz="4" w:space="0" w:color="auto"/>
              <w:right w:val="single" w:sz="4" w:space="0" w:color="auto"/>
            </w:tcBorders>
            <w:vAlign w:val="center"/>
          </w:tcPr>
          <w:p w14:paraId="1EF42BE0" w14:textId="77777777" w:rsidR="00ED7061" w:rsidRPr="00ED7061" w:rsidRDefault="00ED7061" w:rsidP="00ED7061">
            <w:pPr>
              <w:rPr>
                <w:rFonts w:ascii="ＭＳ 明朝" w:eastAsia="ＭＳ 明朝" w:hAnsi="ＭＳ 明朝"/>
                <w:color w:val="000000"/>
                <w:sz w:val="21"/>
                <w:lang w:eastAsia="ja-JP"/>
              </w:rPr>
            </w:pPr>
          </w:p>
        </w:tc>
      </w:tr>
      <w:tr w:rsidR="00ED7061" w:rsidRPr="00ED7061" w14:paraId="7DC07867" w14:textId="77777777" w:rsidTr="00DE6001">
        <w:trPr>
          <w:trHeight w:hRule="exact" w:val="680"/>
        </w:trPr>
        <w:tc>
          <w:tcPr>
            <w:tcW w:w="2297" w:type="dxa"/>
            <w:tcBorders>
              <w:top w:val="single" w:sz="4" w:space="0" w:color="auto"/>
              <w:left w:val="single" w:sz="4" w:space="0" w:color="auto"/>
              <w:bottom w:val="single" w:sz="4" w:space="0" w:color="auto"/>
              <w:right w:val="single" w:sz="4" w:space="0" w:color="auto"/>
            </w:tcBorders>
            <w:vAlign w:val="center"/>
            <w:hideMark/>
          </w:tcPr>
          <w:p w14:paraId="00F32394"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電話番号</w:t>
            </w:r>
          </w:p>
        </w:tc>
        <w:tc>
          <w:tcPr>
            <w:tcW w:w="6633" w:type="dxa"/>
            <w:tcBorders>
              <w:top w:val="single" w:sz="4" w:space="0" w:color="auto"/>
              <w:left w:val="single" w:sz="4" w:space="0" w:color="auto"/>
              <w:bottom w:val="single" w:sz="4" w:space="0" w:color="auto"/>
              <w:right w:val="single" w:sz="4" w:space="0" w:color="auto"/>
            </w:tcBorders>
            <w:vAlign w:val="center"/>
          </w:tcPr>
          <w:p w14:paraId="0AA88344" w14:textId="77777777" w:rsidR="00ED7061" w:rsidRPr="00ED7061" w:rsidRDefault="00ED7061" w:rsidP="00ED7061">
            <w:pPr>
              <w:rPr>
                <w:rFonts w:ascii="ＭＳ 明朝" w:eastAsia="ＭＳ 明朝" w:hAnsi="ＭＳ 明朝"/>
                <w:color w:val="000000"/>
                <w:sz w:val="21"/>
                <w:lang w:eastAsia="ja-JP"/>
              </w:rPr>
            </w:pPr>
          </w:p>
        </w:tc>
      </w:tr>
      <w:tr w:rsidR="00ED7061" w:rsidRPr="00ED7061" w14:paraId="27DFEB2A" w14:textId="77777777" w:rsidTr="00DE6001">
        <w:trPr>
          <w:trHeight w:hRule="exact" w:val="680"/>
        </w:trPr>
        <w:tc>
          <w:tcPr>
            <w:tcW w:w="2297" w:type="dxa"/>
            <w:tcBorders>
              <w:top w:val="single" w:sz="4" w:space="0" w:color="auto"/>
              <w:left w:val="single" w:sz="4" w:space="0" w:color="auto"/>
              <w:bottom w:val="single" w:sz="4" w:space="0" w:color="auto"/>
              <w:right w:val="single" w:sz="4" w:space="0" w:color="auto"/>
            </w:tcBorders>
            <w:vAlign w:val="center"/>
            <w:hideMark/>
          </w:tcPr>
          <w:p w14:paraId="7334F68F"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電子メールアドレス</w:t>
            </w:r>
          </w:p>
        </w:tc>
        <w:tc>
          <w:tcPr>
            <w:tcW w:w="6633" w:type="dxa"/>
            <w:tcBorders>
              <w:top w:val="single" w:sz="4" w:space="0" w:color="auto"/>
              <w:left w:val="single" w:sz="4" w:space="0" w:color="auto"/>
              <w:bottom w:val="single" w:sz="4" w:space="0" w:color="auto"/>
              <w:right w:val="single" w:sz="4" w:space="0" w:color="auto"/>
            </w:tcBorders>
            <w:vAlign w:val="center"/>
          </w:tcPr>
          <w:p w14:paraId="51E3B692" w14:textId="77777777" w:rsidR="00ED7061" w:rsidRPr="00ED7061" w:rsidRDefault="00ED7061" w:rsidP="00ED7061">
            <w:pPr>
              <w:rPr>
                <w:rFonts w:ascii="ＭＳ 明朝" w:eastAsia="ＭＳ 明朝" w:hAnsi="ＭＳ 明朝"/>
                <w:color w:val="000000"/>
                <w:sz w:val="21"/>
                <w:lang w:eastAsia="ja-JP"/>
              </w:rPr>
            </w:pPr>
          </w:p>
        </w:tc>
      </w:tr>
      <w:tr w:rsidR="00ED7061" w:rsidRPr="00ED7061" w14:paraId="712BB178" w14:textId="77777777" w:rsidTr="00DE6001">
        <w:trPr>
          <w:trHeight w:hRule="exact" w:val="680"/>
        </w:trPr>
        <w:tc>
          <w:tcPr>
            <w:tcW w:w="2297" w:type="dxa"/>
            <w:tcBorders>
              <w:top w:val="single" w:sz="4" w:space="0" w:color="auto"/>
              <w:left w:val="single" w:sz="4" w:space="0" w:color="auto"/>
              <w:bottom w:val="single" w:sz="4" w:space="0" w:color="auto"/>
              <w:right w:val="single" w:sz="4" w:space="0" w:color="auto"/>
            </w:tcBorders>
            <w:vAlign w:val="center"/>
            <w:hideMark/>
          </w:tcPr>
          <w:p w14:paraId="544D61DB"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担当者職・氏名</w:t>
            </w:r>
          </w:p>
        </w:tc>
        <w:tc>
          <w:tcPr>
            <w:tcW w:w="6633" w:type="dxa"/>
            <w:tcBorders>
              <w:top w:val="single" w:sz="4" w:space="0" w:color="auto"/>
              <w:left w:val="single" w:sz="4" w:space="0" w:color="auto"/>
              <w:bottom w:val="single" w:sz="4" w:space="0" w:color="auto"/>
              <w:right w:val="single" w:sz="4" w:space="0" w:color="auto"/>
            </w:tcBorders>
            <w:vAlign w:val="center"/>
          </w:tcPr>
          <w:p w14:paraId="37AFDFDB" w14:textId="77777777" w:rsidR="00ED7061" w:rsidRPr="00ED7061" w:rsidRDefault="00ED7061" w:rsidP="00ED7061">
            <w:pPr>
              <w:rPr>
                <w:rFonts w:ascii="ＭＳ 明朝" w:eastAsia="ＭＳ 明朝" w:hAnsi="ＭＳ 明朝"/>
                <w:color w:val="000000"/>
                <w:sz w:val="21"/>
                <w:lang w:eastAsia="ja-JP"/>
              </w:rPr>
            </w:pPr>
          </w:p>
        </w:tc>
      </w:tr>
      <w:tr w:rsidR="00ED7061" w:rsidRPr="00ED7061" w14:paraId="3660B678" w14:textId="77777777" w:rsidTr="00DE6001">
        <w:trPr>
          <w:trHeight w:val="1469"/>
        </w:trPr>
        <w:tc>
          <w:tcPr>
            <w:tcW w:w="2297" w:type="dxa"/>
            <w:tcBorders>
              <w:top w:val="single" w:sz="4" w:space="0" w:color="auto"/>
              <w:left w:val="single" w:sz="4" w:space="0" w:color="auto"/>
              <w:bottom w:val="single" w:sz="4" w:space="0" w:color="auto"/>
              <w:right w:val="single" w:sz="4" w:space="0" w:color="auto"/>
            </w:tcBorders>
            <w:vAlign w:val="center"/>
            <w:hideMark/>
          </w:tcPr>
          <w:p w14:paraId="34442B6D" w14:textId="46AEC2AD" w:rsidR="00ED7061" w:rsidRPr="00ED7061" w:rsidRDefault="00ED7061" w:rsidP="00ED7061">
            <w:pPr>
              <w:rPr>
                <w:rFonts w:ascii="ＭＳ 明朝" w:eastAsia="ＭＳ 明朝" w:hAnsi="ＭＳ 明朝"/>
                <w:color w:val="000000"/>
                <w:sz w:val="21"/>
                <w:lang w:eastAsia="ja-JP"/>
              </w:rPr>
            </w:pPr>
            <w:r>
              <w:rPr>
                <w:rFonts w:ascii="ＭＳ 明朝" w:eastAsia="ＭＳ 明朝" w:hAnsi="ＭＳ 明朝" w:hint="eastAsia"/>
                <w:color w:val="000000"/>
                <w:sz w:val="21"/>
                <w:lang w:eastAsia="ja-JP"/>
              </w:rPr>
              <w:t>募集</w:t>
            </w:r>
            <w:r w:rsidRPr="00ED7061">
              <w:rPr>
                <w:rFonts w:ascii="ＭＳ 明朝" w:eastAsia="ＭＳ 明朝" w:hAnsi="ＭＳ 明朝"/>
                <w:color w:val="000000"/>
                <w:sz w:val="21"/>
                <w:lang w:eastAsia="ja-JP"/>
              </w:rPr>
              <w:t>業務と同種業務の受注実績</w:t>
            </w:r>
            <w:r w:rsidR="00636B11">
              <w:rPr>
                <w:rFonts w:ascii="ＭＳ 明朝" w:eastAsia="ＭＳ 明朝" w:hAnsi="ＭＳ 明朝" w:hint="eastAsia"/>
                <w:color w:val="000000"/>
                <w:sz w:val="21"/>
                <w:lang w:eastAsia="ja-JP"/>
              </w:rPr>
              <w:t>等</w:t>
            </w:r>
          </w:p>
        </w:tc>
        <w:tc>
          <w:tcPr>
            <w:tcW w:w="6633" w:type="dxa"/>
            <w:tcBorders>
              <w:top w:val="single" w:sz="4" w:space="0" w:color="auto"/>
              <w:left w:val="single" w:sz="4" w:space="0" w:color="auto"/>
              <w:bottom w:val="single" w:sz="4" w:space="0" w:color="auto"/>
              <w:right w:val="single" w:sz="4" w:space="0" w:color="auto"/>
            </w:tcBorders>
          </w:tcPr>
          <w:p w14:paraId="3642BE8E"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業 務 名：</w:t>
            </w:r>
          </w:p>
          <w:p w14:paraId="39950BC7"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発 注 者：</w:t>
            </w:r>
          </w:p>
          <w:p w14:paraId="25F1A1FE" w14:textId="77777777"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契 約 額：</w:t>
            </w:r>
          </w:p>
          <w:p w14:paraId="56BB8DE8" w14:textId="2409BC3B"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契約期間：</w:t>
            </w:r>
          </w:p>
          <w:p w14:paraId="1441AB99" w14:textId="2486EC91" w:rsidR="00ED7061" w:rsidRPr="00ED7061" w:rsidRDefault="00ED7061" w:rsidP="00ED7061">
            <w:pPr>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業務内容：</w:t>
            </w:r>
          </w:p>
        </w:tc>
      </w:tr>
    </w:tbl>
    <w:p w14:paraId="3744E1AD" w14:textId="77777777" w:rsidR="00ED7061" w:rsidRDefault="00ED7061" w:rsidP="00636B11">
      <w:pPr>
        <w:spacing w:after="0" w:line="240" w:lineRule="auto"/>
        <w:ind w:firstLineChars="100" w:firstLine="201"/>
        <w:rPr>
          <w:rFonts w:ascii="ＭＳ 明朝" w:eastAsia="ＭＳ 明朝" w:hAnsi="ＭＳ 明朝"/>
          <w:color w:val="000000"/>
          <w:sz w:val="21"/>
          <w:lang w:eastAsia="ja-JP"/>
        </w:rPr>
      </w:pPr>
      <w:r w:rsidRPr="00ED7061">
        <w:rPr>
          <w:rFonts w:ascii="ＭＳ 明朝" w:eastAsia="ＭＳ 明朝" w:hAnsi="ＭＳ 明朝"/>
          <w:color w:val="000000"/>
          <w:sz w:val="21"/>
          <w:lang w:eastAsia="ja-JP"/>
        </w:rPr>
        <w:t>※受注実績が複数ある場合は、記入欄を適宜追加してください。</w:t>
      </w:r>
    </w:p>
    <w:p w14:paraId="689279A5" w14:textId="77777777" w:rsidR="00ED7061" w:rsidRPr="00ED7061" w:rsidRDefault="00ED7061" w:rsidP="00ED7061">
      <w:pPr>
        <w:spacing w:after="80"/>
        <w:rPr>
          <w:rFonts w:ascii="ＭＳ 明朝" w:eastAsia="ＭＳ 明朝" w:hAnsi="ＭＳ 明朝"/>
          <w:color w:val="000000"/>
          <w:sz w:val="21"/>
          <w:lang w:eastAsia="ja-JP"/>
        </w:rPr>
      </w:pPr>
    </w:p>
    <w:p w14:paraId="28643B56" w14:textId="77777777" w:rsidR="00ED7061" w:rsidRDefault="00ED7061">
      <w:pPr>
        <w:rPr>
          <w:rFonts w:ascii="ＭＳ 明朝" w:eastAsia="ＭＳ 明朝" w:hAnsi="ＭＳ 明朝"/>
          <w:color w:val="000000"/>
          <w:sz w:val="21"/>
          <w:lang w:eastAsia="ja-JP"/>
        </w:rPr>
      </w:pPr>
      <w:r>
        <w:rPr>
          <w:rFonts w:ascii="ＭＳ 明朝" w:eastAsia="ＭＳ 明朝" w:hAnsi="ＭＳ 明朝"/>
          <w:color w:val="000000"/>
          <w:sz w:val="21"/>
          <w:lang w:eastAsia="ja-JP"/>
        </w:rPr>
        <w:br w:type="page"/>
      </w:r>
    </w:p>
    <w:p w14:paraId="22D6D174" w14:textId="1169F18C" w:rsidR="000A6F82" w:rsidRDefault="00000000" w:rsidP="00855F3A">
      <w:pPr>
        <w:spacing w:after="0"/>
      </w:pPr>
      <w:r>
        <w:rPr>
          <w:rFonts w:ascii="ＭＳ 明朝" w:eastAsia="ＭＳ 明朝" w:hAnsi="ＭＳ 明朝"/>
          <w:color w:val="000000"/>
          <w:sz w:val="21"/>
        </w:rPr>
        <w:lastRenderedPageBreak/>
        <w:t>（様式３）</w:t>
      </w:r>
    </w:p>
    <w:p w14:paraId="262E0158" w14:textId="65BBA064" w:rsidR="000A6F82" w:rsidRDefault="00000000" w:rsidP="00855F3A">
      <w:pPr>
        <w:spacing w:after="0"/>
        <w:jc w:val="right"/>
        <w:rPr>
          <w:rFonts w:ascii="ＭＳ 明朝" w:eastAsia="ＭＳ 明朝" w:hAnsi="ＭＳ 明朝"/>
          <w:color w:val="000000"/>
          <w:sz w:val="21"/>
          <w:lang w:eastAsia="ja-JP"/>
        </w:rPr>
      </w:pPr>
      <w:r>
        <w:rPr>
          <w:rFonts w:ascii="ＭＳ 明朝" w:eastAsia="ＭＳ 明朝" w:hAnsi="ＭＳ 明朝"/>
          <w:color w:val="000000"/>
          <w:sz w:val="21"/>
        </w:rPr>
        <w:t>令和８年</w:t>
      </w:r>
      <w:r w:rsidR="007F7BCA">
        <w:rPr>
          <w:rFonts w:ascii="ＭＳ 明朝" w:eastAsia="ＭＳ 明朝" w:hAnsi="ＭＳ 明朝" w:hint="eastAsia"/>
          <w:color w:val="000000"/>
          <w:sz w:val="21"/>
          <w:lang w:eastAsia="ja-JP"/>
        </w:rPr>
        <w:t xml:space="preserve">　　</w:t>
      </w:r>
      <w:r>
        <w:rPr>
          <w:rFonts w:ascii="ＭＳ 明朝" w:eastAsia="ＭＳ 明朝" w:hAnsi="ＭＳ 明朝"/>
          <w:color w:val="000000"/>
          <w:sz w:val="21"/>
        </w:rPr>
        <w:t>月　　日</w:t>
      </w:r>
    </w:p>
    <w:p w14:paraId="02171AB2" w14:textId="77777777" w:rsidR="00DE6001" w:rsidRDefault="00DE6001" w:rsidP="00855F3A">
      <w:pPr>
        <w:spacing w:after="0"/>
        <w:jc w:val="right"/>
        <w:rPr>
          <w:lang w:eastAsia="ja-JP"/>
        </w:rPr>
      </w:pPr>
    </w:p>
    <w:p w14:paraId="4DF65B45" w14:textId="77777777" w:rsidR="000A6F82" w:rsidRDefault="00000000" w:rsidP="00855F3A">
      <w:pPr>
        <w:spacing w:after="0"/>
        <w:rPr>
          <w:lang w:eastAsia="ja-JP"/>
        </w:rPr>
      </w:pPr>
      <w:r>
        <w:rPr>
          <w:rFonts w:ascii="ＭＳ 明朝" w:eastAsia="ＭＳ 明朝" w:hAnsi="ＭＳ 明朝"/>
          <w:color w:val="000000"/>
          <w:sz w:val="21"/>
          <w:lang w:eastAsia="ja-JP"/>
        </w:rPr>
        <w:t>公益財団法人ふくい産業支援センター</w:t>
      </w:r>
    </w:p>
    <w:p w14:paraId="7F1838C9" w14:textId="77777777" w:rsidR="000A6F82" w:rsidRDefault="00000000" w:rsidP="00855F3A">
      <w:pPr>
        <w:spacing w:after="0"/>
        <w:rPr>
          <w:rFonts w:ascii="ＭＳ 明朝" w:eastAsia="ＭＳ 明朝" w:hAnsi="ＭＳ 明朝"/>
          <w:color w:val="000000"/>
          <w:sz w:val="21"/>
          <w:lang w:eastAsia="ja-JP"/>
        </w:rPr>
      </w:pPr>
      <w:r>
        <w:rPr>
          <w:rFonts w:ascii="ＭＳ 明朝" w:eastAsia="ＭＳ 明朝" w:hAnsi="ＭＳ 明朝"/>
          <w:color w:val="000000"/>
          <w:sz w:val="21"/>
          <w:lang w:eastAsia="ja-JP"/>
        </w:rPr>
        <w:t>理 事 長　　様</w:t>
      </w:r>
    </w:p>
    <w:p w14:paraId="2B846B1E" w14:textId="77777777" w:rsidR="00DE6001" w:rsidRDefault="00DE6001" w:rsidP="00855F3A">
      <w:pPr>
        <w:spacing w:after="0"/>
        <w:rPr>
          <w:lang w:eastAsia="ja-JP"/>
        </w:rPr>
      </w:pPr>
    </w:p>
    <w:p w14:paraId="36363D5D" w14:textId="02E9F7F7" w:rsidR="00DE6001" w:rsidRDefault="00DE6001" w:rsidP="00DE6001">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w:t>
      </w:r>
      <w:r>
        <w:rPr>
          <w:rFonts w:ascii="ＭＳ 明朝" w:eastAsia="ＭＳ 明朝" w:hAnsi="ＭＳ 明朝" w:hint="eastAsia"/>
          <w:color w:val="000000"/>
          <w:sz w:val="21"/>
          <w:lang w:eastAsia="ja-JP"/>
        </w:rPr>
        <w:t>申請者</w:t>
      </w:r>
      <w:r>
        <w:rPr>
          <w:rFonts w:ascii="ＭＳ 明朝" w:eastAsia="ＭＳ 明朝" w:hAnsi="ＭＳ 明朝"/>
          <w:color w:val="000000"/>
          <w:sz w:val="21"/>
          <w:lang w:eastAsia="ja-JP"/>
        </w:rPr>
        <w:t>）</w:t>
      </w:r>
    </w:p>
    <w:p w14:paraId="59DCDD91" w14:textId="77777777" w:rsidR="00DE6001" w:rsidRDefault="00DE6001" w:rsidP="00DE6001">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住　　　　所：</w:t>
      </w:r>
    </w:p>
    <w:p w14:paraId="092CFA24" w14:textId="77777777" w:rsidR="00DE6001" w:rsidRDefault="00DE6001" w:rsidP="00DE6001">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商号または名称：</w:t>
      </w:r>
    </w:p>
    <w:p w14:paraId="1D84F13A" w14:textId="77777777" w:rsidR="00DE6001" w:rsidRDefault="00DE6001" w:rsidP="00DE6001">
      <w:pPr>
        <w:spacing w:after="0" w:line="240" w:lineRule="auto"/>
        <w:ind w:left="2880" w:right="420" w:firstLine="720"/>
        <w:rPr>
          <w:lang w:eastAsia="ja-JP"/>
        </w:rPr>
      </w:pPr>
      <w:r>
        <w:rPr>
          <w:rFonts w:ascii="ＭＳ 明朝" w:eastAsia="ＭＳ 明朝" w:hAnsi="ＭＳ 明朝"/>
          <w:color w:val="000000"/>
          <w:sz w:val="21"/>
          <w:lang w:eastAsia="ja-JP"/>
        </w:rPr>
        <w:t>代表者職・氏名：</w:t>
      </w:r>
    </w:p>
    <w:p w14:paraId="00A19B65" w14:textId="77777777" w:rsidR="00587D61" w:rsidRPr="00DE6001" w:rsidRDefault="00587D61" w:rsidP="00855F3A">
      <w:pPr>
        <w:spacing w:after="0" w:line="240" w:lineRule="auto"/>
        <w:jc w:val="center"/>
        <w:rPr>
          <w:rFonts w:ascii="ＭＳ 明朝" w:eastAsia="ＭＳ 明朝" w:hAnsi="ＭＳ 明朝"/>
          <w:color w:val="000000"/>
          <w:sz w:val="24"/>
          <w:szCs w:val="21"/>
          <w:lang w:eastAsia="ja-JP"/>
        </w:rPr>
      </w:pPr>
    </w:p>
    <w:p w14:paraId="638ABA94" w14:textId="77777777" w:rsidR="00855F3A" w:rsidRDefault="00855F3A" w:rsidP="00855F3A">
      <w:pPr>
        <w:spacing w:after="0" w:line="240" w:lineRule="auto"/>
        <w:jc w:val="center"/>
        <w:rPr>
          <w:rFonts w:ascii="ＭＳ 明朝" w:eastAsia="ＭＳ 明朝" w:hAnsi="ＭＳ 明朝"/>
          <w:color w:val="000000"/>
          <w:sz w:val="24"/>
          <w:szCs w:val="21"/>
          <w:lang w:eastAsia="ja-JP"/>
        </w:rPr>
      </w:pPr>
    </w:p>
    <w:p w14:paraId="5103B67E" w14:textId="74D73F3A" w:rsidR="000A6F82" w:rsidRPr="00623AC1" w:rsidRDefault="00000000" w:rsidP="00855F3A">
      <w:pPr>
        <w:spacing w:after="0"/>
        <w:jc w:val="center"/>
        <w:rPr>
          <w:rFonts w:asciiTheme="majorEastAsia" w:eastAsiaTheme="majorEastAsia" w:hAnsiTheme="majorEastAsia"/>
          <w:color w:val="000000"/>
          <w:sz w:val="24"/>
          <w:szCs w:val="21"/>
          <w:lang w:eastAsia="ja-JP"/>
        </w:rPr>
      </w:pPr>
      <w:r w:rsidRPr="00623AC1">
        <w:rPr>
          <w:rFonts w:asciiTheme="majorEastAsia" w:eastAsiaTheme="majorEastAsia" w:hAnsiTheme="majorEastAsia"/>
          <w:color w:val="000000"/>
          <w:sz w:val="24"/>
          <w:szCs w:val="21"/>
          <w:lang w:eastAsia="ja-JP"/>
        </w:rPr>
        <w:t>参加資格誓約書</w:t>
      </w:r>
    </w:p>
    <w:p w14:paraId="5C95E0FD" w14:textId="77777777" w:rsidR="00DE6001" w:rsidRPr="00855F3A" w:rsidRDefault="00DE6001" w:rsidP="00855F3A">
      <w:pPr>
        <w:spacing w:after="0"/>
        <w:jc w:val="center"/>
        <w:rPr>
          <w:sz w:val="18"/>
          <w:szCs w:val="18"/>
          <w:lang w:eastAsia="ja-JP"/>
        </w:rPr>
      </w:pPr>
    </w:p>
    <w:p w14:paraId="167CD7BE" w14:textId="42F6D4F2" w:rsidR="000A6F82" w:rsidRDefault="00000000" w:rsidP="00855F3A">
      <w:pPr>
        <w:spacing w:after="0"/>
        <w:rPr>
          <w:lang w:eastAsia="ja-JP"/>
        </w:rPr>
      </w:pPr>
      <w:r>
        <w:rPr>
          <w:rFonts w:ascii="ＭＳ 明朝" w:eastAsia="ＭＳ 明朝" w:hAnsi="ＭＳ 明朝"/>
          <w:color w:val="000000"/>
          <w:sz w:val="21"/>
          <w:lang w:eastAsia="ja-JP"/>
        </w:rPr>
        <w:t xml:space="preserve">　「ふくいナビリニューアルシステム開発業務委託」</w:t>
      </w:r>
      <w:r w:rsidR="00587D61" w:rsidRPr="00ED7061">
        <w:rPr>
          <w:rFonts w:ascii="ＭＳ 明朝" w:eastAsia="ＭＳ 明朝" w:hAnsi="ＭＳ 明朝"/>
          <w:color w:val="000000"/>
          <w:sz w:val="21"/>
          <w:lang w:eastAsia="ja-JP"/>
        </w:rPr>
        <w:t>に係る企画提案</w:t>
      </w:r>
      <w:r w:rsidR="00587D61">
        <w:rPr>
          <w:rFonts w:ascii="ＭＳ 明朝" w:eastAsia="ＭＳ 明朝" w:hAnsi="ＭＳ 明朝" w:hint="eastAsia"/>
          <w:color w:val="000000"/>
          <w:sz w:val="21"/>
          <w:lang w:eastAsia="ja-JP"/>
        </w:rPr>
        <w:t>の参加申請にあたり、</w:t>
      </w:r>
      <w:r w:rsidR="00587D61" w:rsidRPr="00587D61">
        <w:rPr>
          <w:rFonts w:ascii="ＭＳ 明朝" w:eastAsia="ＭＳ 明朝" w:hAnsi="ＭＳ 明朝"/>
          <w:color w:val="000000"/>
          <w:sz w:val="21"/>
          <w:lang w:eastAsia="ja-JP"/>
        </w:rPr>
        <w:t>参加資格要件</w:t>
      </w:r>
      <w:r w:rsidR="00587D61">
        <w:rPr>
          <w:rFonts w:ascii="ＭＳ 明朝" w:eastAsia="ＭＳ 明朝" w:hAnsi="ＭＳ 明朝" w:hint="eastAsia"/>
          <w:color w:val="000000"/>
          <w:sz w:val="21"/>
          <w:lang w:eastAsia="ja-JP"/>
        </w:rPr>
        <w:t>のすべてを満たしていること</w:t>
      </w:r>
      <w:r>
        <w:rPr>
          <w:rFonts w:ascii="ＭＳ 明朝" w:eastAsia="ＭＳ 明朝" w:hAnsi="ＭＳ 明朝"/>
          <w:color w:val="000000"/>
          <w:sz w:val="21"/>
          <w:lang w:eastAsia="ja-JP"/>
        </w:rPr>
        <w:t>並びに提出書類の記載事項が真実かつ正確であることを誓約します。</w:t>
      </w:r>
    </w:p>
    <w:p w14:paraId="33AEA74B" w14:textId="7CE65BF8" w:rsidR="00587D61" w:rsidRDefault="00587D61" w:rsidP="00855F3A">
      <w:pPr>
        <w:spacing w:after="0"/>
        <w:rPr>
          <w:lang w:eastAsia="ja-JP"/>
        </w:rPr>
      </w:pPr>
      <w:r>
        <w:rPr>
          <w:lang w:eastAsia="ja-JP"/>
        </w:rPr>
        <w:br w:type="page"/>
      </w:r>
    </w:p>
    <w:p w14:paraId="4E54B652" w14:textId="77777777" w:rsidR="000A6F82" w:rsidRDefault="00000000" w:rsidP="00855F3A">
      <w:pPr>
        <w:spacing w:after="0" w:line="240" w:lineRule="auto"/>
      </w:pPr>
      <w:r>
        <w:rPr>
          <w:rFonts w:ascii="ＭＳ 明朝" w:eastAsia="ＭＳ 明朝" w:hAnsi="ＭＳ 明朝"/>
          <w:color w:val="000000"/>
          <w:sz w:val="21"/>
        </w:rPr>
        <w:lastRenderedPageBreak/>
        <w:t>（様式４）</w:t>
      </w:r>
    </w:p>
    <w:p w14:paraId="22E34BF8" w14:textId="596308AE" w:rsidR="000A6F82" w:rsidRDefault="00000000" w:rsidP="00855F3A">
      <w:pPr>
        <w:spacing w:after="0" w:line="240" w:lineRule="auto"/>
        <w:jc w:val="right"/>
      </w:pPr>
      <w:r>
        <w:rPr>
          <w:rFonts w:ascii="ＭＳ 明朝" w:eastAsia="ＭＳ 明朝" w:hAnsi="ＭＳ 明朝"/>
          <w:color w:val="000000"/>
          <w:sz w:val="21"/>
        </w:rPr>
        <w:t>令和８年</w:t>
      </w:r>
      <w:r w:rsidR="007F7BCA">
        <w:rPr>
          <w:rFonts w:ascii="ＭＳ 明朝" w:eastAsia="ＭＳ 明朝" w:hAnsi="ＭＳ 明朝" w:hint="eastAsia"/>
          <w:color w:val="000000"/>
          <w:sz w:val="21"/>
          <w:lang w:eastAsia="ja-JP"/>
        </w:rPr>
        <w:t xml:space="preserve">　　</w:t>
      </w:r>
      <w:r>
        <w:rPr>
          <w:rFonts w:ascii="ＭＳ 明朝" w:eastAsia="ＭＳ 明朝" w:hAnsi="ＭＳ 明朝"/>
          <w:color w:val="000000"/>
          <w:sz w:val="21"/>
        </w:rPr>
        <w:t>月　　日</w:t>
      </w:r>
    </w:p>
    <w:p w14:paraId="203EDDCC" w14:textId="77777777" w:rsidR="00855F3A" w:rsidRDefault="00855F3A" w:rsidP="00855F3A">
      <w:pPr>
        <w:spacing w:after="0" w:line="240" w:lineRule="auto"/>
        <w:rPr>
          <w:rFonts w:ascii="ＭＳ 明朝" w:eastAsia="ＭＳ 明朝" w:hAnsi="ＭＳ 明朝"/>
          <w:color w:val="000000"/>
          <w:sz w:val="21"/>
          <w:lang w:eastAsia="ja-JP"/>
        </w:rPr>
      </w:pPr>
    </w:p>
    <w:p w14:paraId="40C9375E" w14:textId="77777777" w:rsidR="00855F3A" w:rsidRDefault="00855F3A" w:rsidP="00855F3A">
      <w:pPr>
        <w:spacing w:after="0" w:line="240" w:lineRule="auto"/>
        <w:rPr>
          <w:rFonts w:ascii="ＭＳ 明朝" w:eastAsia="ＭＳ 明朝" w:hAnsi="ＭＳ 明朝"/>
          <w:color w:val="000000"/>
          <w:sz w:val="21"/>
          <w:lang w:eastAsia="ja-JP"/>
        </w:rPr>
      </w:pPr>
    </w:p>
    <w:p w14:paraId="617F8510" w14:textId="77777777" w:rsidR="00855F3A" w:rsidRDefault="00855F3A" w:rsidP="00855F3A">
      <w:pPr>
        <w:spacing w:after="0" w:line="240" w:lineRule="auto"/>
        <w:rPr>
          <w:rFonts w:ascii="ＭＳ 明朝" w:eastAsia="ＭＳ 明朝" w:hAnsi="ＭＳ 明朝"/>
          <w:color w:val="000000"/>
          <w:sz w:val="21"/>
          <w:lang w:eastAsia="ja-JP"/>
        </w:rPr>
      </w:pPr>
    </w:p>
    <w:p w14:paraId="4186ACEA" w14:textId="20A5E8FE" w:rsidR="00855F3A" w:rsidRPr="00623AC1" w:rsidRDefault="00855F3A" w:rsidP="00855F3A">
      <w:pPr>
        <w:spacing w:after="0" w:line="240" w:lineRule="auto"/>
        <w:jc w:val="center"/>
        <w:rPr>
          <w:rFonts w:asciiTheme="majorEastAsia" w:eastAsiaTheme="majorEastAsia" w:hAnsiTheme="majorEastAsia"/>
          <w:color w:val="000000"/>
          <w:sz w:val="24"/>
          <w:szCs w:val="28"/>
          <w:lang w:eastAsia="ja-JP"/>
        </w:rPr>
      </w:pPr>
      <w:r w:rsidRPr="00623AC1">
        <w:rPr>
          <w:rFonts w:asciiTheme="majorEastAsia" w:eastAsiaTheme="majorEastAsia" w:hAnsiTheme="majorEastAsia"/>
          <w:color w:val="000000"/>
          <w:sz w:val="24"/>
          <w:szCs w:val="28"/>
          <w:lang w:eastAsia="ja-JP"/>
        </w:rPr>
        <w:t>ふくいナビリニューアルシステム開発業務委託</w:t>
      </w:r>
      <w:r w:rsidRPr="00623AC1">
        <w:rPr>
          <w:rFonts w:asciiTheme="majorEastAsia" w:eastAsiaTheme="majorEastAsia" w:hAnsiTheme="majorEastAsia" w:hint="eastAsia"/>
          <w:color w:val="000000"/>
          <w:sz w:val="24"/>
          <w:szCs w:val="28"/>
          <w:lang w:eastAsia="ja-JP"/>
        </w:rPr>
        <w:t xml:space="preserve"> </w:t>
      </w:r>
      <w:r w:rsidRPr="00623AC1">
        <w:rPr>
          <w:rFonts w:asciiTheme="majorEastAsia" w:eastAsiaTheme="majorEastAsia" w:hAnsiTheme="majorEastAsia"/>
          <w:color w:val="000000"/>
          <w:sz w:val="24"/>
          <w:szCs w:val="28"/>
          <w:lang w:eastAsia="ja-JP"/>
        </w:rPr>
        <w:t>企画提案書</w:t>
      </w:r>
    </w:p>
    <w:p w14:paraId="226550CE" w14:textId="77777777" w:rsidR="00855F3A" w:rsidRDefault="00855F3A" w:rsidP="00855F3A">
      <w:pPr>
        <w:spacing w:after="0" w:line="240" w:lineRule="auto"/>
        <w:rPr>
          <w:rFonts w:ascii="ＭＳ 明朝" w:eastAsia="ＭＳ 明朝" w:hAnsi="ＭＳ 明朝"/>
          <w:color w:val="000000"/>
          <w:sz w:val="21"/>
          <w:lang w:eastAsia="ja-JP"/>
        </w:rPr>
      </w:pPr>
    </w:p>
    <w:p w14:paraId="04E63D51" w14:textId="66A4517E" w:rsidR="000A6F82" w:rsidRDefault="00000000" w:rsidP="00855F3A">
      <w:pPr>
        <w:spacing w:after="0" w:line="240" w:lineRule="auto"/>
        <w:rPr>
          <w:lang w:eastAsia="ja-JP"/>
        </w:rPr>
      </w:pPr>
      <w:r>
        <w:rPr>
          <w:rFonts w:ascii="ＭＳ 明朝" w:eastAsia="ＭＳ 明朝" w:hAnsi="ＭＳ 明朝"/>
          <w:color w:val="000000"/>
          <w:sz w:val="21"/>
          <w:lang w:eastAsia="ja-JP"/>
        </w:rPr>
        <w:t>公益財団法人ふくい産業支援センター</w:t>
      </w:r>
    </w:p>
    <w:p w14:paraId="0FCB0633" w14:textId="77777777" w:rsidR="000A6F82" w:rsidRDefault="00000000" w:rsidP="00855F3A">
      <w:pPr>
        <w:spacing w:after="0" w:line="240" w:lineRule="auto"/>
        <w:rPr>
          <w:rFonts w:ascii="ＭＳ 明朝" w:eastAsia="ＭＳ 明朝" w:hAnsi="ＭＳ 明朝"/>
          <w:color w:val="000000"/>
          <w:sz w:val="21"/>
          <w:lang w:eastAsia="ja-JP"/>
        </w:rPr>
      </w:pPr>
      <w:r>
        <w:rPr>
          <w:rFonts w:ascii="ＭＳ 明朝" w:eastAsia="ＭＳ 明朝" w:hAnsi="ＭＳ 明朝"/>
          <w:color w:val="000000"/>
          <w:sz w:val="21"/>
          <w:lang w:eastAsia="ja-JP"/>
        </w:rPr>
        <w:t>理 事 長　　様</w:t>
      </w:r>
    </w:p>
    <w:p w14:paraId="2438A831" w14:textId="77777777" w:rsidR="00DE6001" w:rsidRDefault="00DE6001" w:rsidP="00855F3A">
      <w:pPr>
        <w:spacing w:after="0" w:line="240" w:lineRule="auto"/>
        <w:rPr>
          <w:lang w:eastAsia="ja-JP"/>
        </w:rPr>
      </w:pPr>
    </w:p>
    <w:p w14:paraId="37A0DC55" w14:textId="77777777" w:rsidR="00855F3A" w:rsidRDefault="00000000" w:rsidP="00855F3A">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（提案者）</w:t>
      </w:r>
    </w:p>
    <w:p w14:paraId="2E44B70C" w14:textId="77777777" w:rsidR="00855F3A" w:rsidRDefault="00000000" w:rsidP="00855F3A">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住　　　　所：</w:t>
      </w:r>
    </w:p>
    <w:p w14:paraId="45A49662" w14:textId="77777777" w:rsidR="00855F3A" w:rsidRDefault="00000000" w:rsidP="00855F3A">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商号または名称：</w:t>
      </w:r>
    </w:p>
    <w:p w14:paraId="7AB987B9" w14:textId="3389B9AB" w:rsidR="000A6F82" w:rsidRDefault="00000000" w:rsidP="00855F3A">
      <w:pPr>
        <w:spacing w:after="0" w:line="240" w:lineRule="auto"/>
        <w:ind w:left="2880" w:right="420" w:firstLine="720"/>
        <w:rPr>
          <w:lang w:eastAsia="ja-JP"/>
        </w:rPr>
      </w:pPr>
      <w:r>
        <w:rPr>
          <w:rFonts w:ascii="ＭＳ 明朝" w:eastAsia="ＭＳ 明朝" w:hAnsi="ＭＳ 明朝"/>
          <w:color w:val="000000"/>
          <w:sz w:val="21"/>
          <w:lang w:eastAsia="ja-JP"/>
        </w:rPr>
        <w:t>代表者職・氏名：</w:t>
      </w:r>
    </w:p>
    <w:p w14:paraId="48EF9436" w14:textId="77777777" w:rsidR="00855F3A" w:rsidRDefault="00855F3A" w:rsidP="00855F3A">
      <w:pPr>
        <w:spacing w:after="0" w:line="240" w:lineRule="auto"/>
        <w:rPr>
          <w:rFonts w:ascii="ＭＳ 明朝" w:eastAsia="ＭＳ 明朝" w:hAnsi="ＭＳ 明朝"/>
          <w:color w:val="000000"/>
          <w:sz w:val="21"/>
          <w:lang w:eastAsia="ja-JP"/>
        </w:rPr>
      </w:pPr>
    </w:p>
    <w:p w14:paraId="5F8D1A38" w14:textId="2B20D142" w:rsidR="00DE6001" w:rsidRPr="00DE6001" w:rsidRDefault="00DE6001" w:rsidP="00DE6001">
      <w:pPr>
        <w:ind w:left="260" w:hangingChars="129" w:hanging="260"/>
        <w:rPr>
          <w:rFonts w:ascii="ＭＳ ゴシック" w:eastAsia="ＭＳ ゴシック" w:hAnsi="ＭＳ ゴシック" w:cs="Times New Roman"/>
          <w:sz w:val="21"/>
          <w:szCs w:val="21"/>
          <w:u w:val="single"/>
          <w:lang w:eastAsia="ja-JP"/>
        </w:rPr>
      </w:pPr>
      <w:r w:rsidRPr="00DE6001">
        <w:rPr>
          <w:rFonts w:ascii="ＭＳ ゴシック" w:eastAsia="ＭＳ ゴシック" w:hAnsi="ＭＳ ゴシック" w:cs="Times New Roman" w:hint="eastAsia"/>
          <w:sz w:val="21"/>
          <w:szCs w:val="21"/>
          <w:u w:val="single"/>
          <w:lang w:eastAsia="ja-JP"/>
        </w:rPr>
        <w:t>※「</w:t>
      </w:r>
      <w:r w:rsidRPr="00DE6001">
        <w:rPr>
          <w:rFonts w:ascii="ＭＳ ゴシック" w:eastAsia="ＭＳ ゴシック" w:hAnsi="ＭＳ ゴシック" w:cs="Times New Roman"/>
          <w:sz w:val="21"/>
          <w:szCs w:val="21"/>
          <w:u w:val="single"/>
          <w:lang w:eastAsia="ja-JP"/>
        </w:rPr>
        <w:t>ふくいナビリニューアルシステム開発業務委託プロポーザル募集要領</w:t>
      </w:r>
      <w:r w:rsidRPr="00DE6001">
        <w:rPr>
          <w:rFonts w:ascii="ＭＳ ゴシック" w:eastAsia="ＭＳ ゴシック" w:hAnsi="ＭＳ ゴシック" w:cs="Times New Roman" w:hint="eastAsia"/>
          <w:sz w:val="21"/>
          <w:szCs w:val="21"/>
          <w:u w:val="single"/>
          <w:lang w:eastAsia="ja-JP"/>
        </w:rPr>
        <w:t>」および「業務委託仕様書」を参照して作成してください。</w:t>
      </w:r>
    </w:p>
    <w:p w14:paraId="4333C563" w14:textId="77777777" w:rsidR="00DE6001" w:rsidRPr="00DE6001" w:rsidRDefault="00DE6001" w:rsidP="00DE6001">
      <w:pPr>
        <w:autoSpaceDE w:val="0"/>
        <w:autoSpaceDN w:val="0"/>
        <w:adjustRightInd w:val="0"/>
        <w:rPr>
          <w:rFonts w:ascii="ＭＳ 明朝" w:eastAsia="ＭＳ 明朝" w:hAnsi="ＭＳ 明朝" w:cs="ＭＳ 明朝"/>
          <w:sz w:val="21"/>
          <w:szCs w:val="21"/>
          <w:u w:val="single"/>
          <w:lang w:eastAsia="ja-JP"/>
        </w:rPr>
      </w:pPr>
      <w:r w:rsidRPr="00DE6001">
        <w:rPr>
          <w:rFonts w:ascii="ＭＳ 明朝" w:eastAsia="ＭＳ 明朝" w:hAnsi="ＭＳ 明朝" w:cs="ＭＳ 明朝" w:hint="eastAsia"/>
          <w:sz w:val="21"/>
          <w:szCs w:val="21"/>
          <w:u w:val="single"/>
          <w:lang w:eastAsia="ja-JP"/>
        </w:rPr>
        <w:t>※記入欄は適宜調整してください。</w:t>
      </w:r>
    </w:p>
    <w:p w14:paraId="558C53D7" w14:textId="77777777" w:rsidR="00DE6001" w:rsidRDefault="00DE6001" w:rsidP="00855F3A">
      <w:pPr>
        <w:spacing w:after="0" w:line="240" w:lineRule="auto"/>
        <w:rPr>
          <w:rFonts w:ascii="ＭＳ 明朝" w:eastAsia="ＭＳ 明朝" w:hAnsi="ＭＳ 明朝"/>
          <w:color w:val="000000"/>
          <w:sz w:val="21"/>
          <w:lang w:eastAsia="ja-JP"/>
        </w:rPr>
      </w:pPr>
    </w:p>
    <w:p w14:paraId="560EDFE4" w14:textId="437E0B82" w:rsidR="000A6F82" w:rsidRDefault="00DE6001" w:rsidP="00855F3A">
      <w:pPr>
        <w:spacing w:after="0" w:line="240" w:lineRule="auto"/>
        <w:rPr>
          <w:lang w:eastAsia="ja-JP"/>
        </w:rPr>
      </w:pPr>
      <w:r>
        <w:rPr>
          <w:rFonts w:ascii="ＭＳ 明朝" w:eastAsia="ＭＳ 明朝" w:hAnsi="ＭＳ 明朝" w:hint="eastAsia"/>
          <w:color w:val="000000"/>
          <w:sz w:val="21"/>
          <w:lang w:eastAsia="ja-JP"/>
        </w:rPr>
        <w:t>１</w:t>
      </w:r>
      <w:r>
        <w:rPr>
          <w:rFonts w:ascii="ＭＳ 明朝" w:eastAsia="ＭＳ 明朝" w:hAnsi="ＭＳ 明朝"/>
          <w:color w:val="000000"/>
          <w:sz w:val="21"/>
          <w:lang w:eastAsia="ja-JP"/>
        </w:rPr>
        <w:t>．事業者・実施体制（業務遂行体制、類似業務実績、連絡体制等）</w:t>
      </w:r>
    </w:p>
    <w:p w14:paraId="29D82E81" w14:textId="77777777" w:rsidR="00855F3A" w:rsidRDefault="00855F3A" w:rsidP="00855F3A">
      <w:pPr>
        <w:spacing w:after="0" w:line="240" w:lineRule="auto"/>
        <w:rPr>
          <w:rFonts w:ascii="ＭＳ 明朝" w:eastAsia="ＭＳ 明朝" w:hAnsi="ＭＳ 明朝"/>
          <w:color w:val="000000"/>
          <w:sz w:val="21"/>
          <w:lang w:eastAsia="ja-JP"/>
        </w:rPr>
      </w:pPr>
    </w:p>
    <w:p w14:paraId="13B0130F" w14:textId="657CDD6F" w:rsidR="000A6F82" w:rsidRDefault="00000000" w:rsidP="00855F3A">
      <w:pPr>
        <w:spacing w:after="0" w:line="240" w:lineRule="auto"/>
        <w:rPr>
          <w:lang w:eastAsia="ja-JP"/>
        </w:rPr>
      </w:pPr>
      <w:r>
        <w:rPr>
          <w:rFonts w:ascii="ＭＳ 明朝" w:eastAsia="ＭＳ 明朝" w:hAnsi="ＭＳ 明朝"/>
          <w:color w:val="000000"/>
          <w:sz w:val="21"/>
          <w:lang w:eastAsia="ja-JP"/>
        </w:rPr>
        <w:t>２．企画・提案内容（サイト構成、UI/UXデザイン導線、情報検索・登録・承認機能等）</w:t>
      </w:r>
    </w:p>
    <w:p w14:paraId="14BBEF74" w14:textId="77777777" w:rsidR="00855F3A" w:rsidRPr="00855F3A" w:rsidRDefault="00855F3A" w:rsidP="00855F3A">
      <w:pPr>
        <w:spacing w:after="0" w:line="240" w:lineRule="auto"/>
        <w:rPr>
          <w:rFonts w:ascii="ＭＳ 明朝" w:eastAsia="ＭＳ 明朝" w:hAnsi="ＭＳ 明朝"/>
          <w:color w:val="000000"/>
          <w:sz w:val="21"/>
          <w:lang w:eastAsia="ja-JP"/>
        </w:rPr>
      </w:pPr>
    </w:p>
    <w:p w14:paraId="64D7E922" w14:textId="61798487" w:rsidR="000A6F82" w:rsidRDefault="00000000" w:rsidP="00855F3A">
      <w:pPr>
        <w:spacing w:after="0" w:line="240" w:lineRule="auto"/>
        <w:rPr>
          <w:rFonts w:ascii="ＭＳ 明朝" w:eastAsia="ＭＳ 明朝" w:hAnsi="ＭＳ 明朝"/>
          <w:color w:val="000000"/>
          <w:sz w:val="21"/>
          <w:lang w:eastAsia="ja-JP"/>
        </w:rPr>
      </w:pPr>
      <w:r>
        <w:rPr>
          <w:rFonts w:ascii="ＭＳ 明朝" w:eastAsia="ＭＳ 明朝" w:hAnsi="ＭＳ 明朝"/>
          <w:color w:val="000000"/>
          <w:sz w:val="21"/>
          <w:lang w:eastAsia="ja-JP"/>
        </w:rPr>
        <w:t>３．技術・非機能・移行（標準CMS・クラウド構成、セキュリティ、データ移行計画等）</w:t>
      </w:r>
    </w:p>
    <w:p w14:paraId="1DCA8C74" w14:textId="77777777" w:rsidR="00855F3A" w:rsidRDefault="00855F3A" w:rsidP="00855F3A">
      <w:pPr>
        <w:spacing w:after="0" w:line="240" w:lineRule="auto"/>
        <w:rPr>
          <w:lang w:eastAsia="ja-JP"/>
        </w:rPr>
      </w:pPr>
    </w:p>
    <w:p w14:paraId="4A17B084" w14:textId="77777777" w:rsidR="000A6F82" w:rsidRDefault="00000000" w:rsidP="00855F3A">
      <w:pPr>
        <w:spacing w:after="0" w:line="240" w:lineRule="auto"/>
        <w:rPr>
          <w:rFonts w:ascii="ＭＳ 明朝" w:eastAsia="ＭＳ 明朝" w:hAnsi="ＭＳ 明朝"/>
          <w:color w:val="000000"/>
          <w:sz w:val="21"/>
          <w:lang w:eastAsia="ja-JP"/>
        </w:rPr>
      </w:pPr>
      <w:r>
        <w:rPr>
          <w:rFonts w:ascii="ＭＳ 明朝" w:eastAsia="ＭＳ 明朝" w:hAnsi="ＭＳ 明朝"/>
          <w:color w:val="000000"/>
          <w:sz w:val="21"/>
          <w:lang w:eastAsia="ja-JP"/>
        </w:rPr>
        <w:t>４．運用保守体制・将来拡張性（保守・障害対応体制、将来のAPI・AI連携見据えた構造等）</w:t>
      </w:r>
    </w:p>
    <w:p w14:paraId="4D96EBF1" w14:textId="77777777" w:rsidR="00855F3A" w:rsidRDefault="00855F3A" w:rsidP="00855F3A">
      <w:pPr>
        <w:spacing w:after="0" w:line="240" w:lineRule="auto"/>
        <w:rPr>
          <w:lang w:eastAsia="ja-JP"/>
        </w:rPr>
      </w:pPr>
    </w:p>
    <w:p w14:paraId="09DB98C4" w14:textId="2A0BA2C5" w:rsidR="000A6F82" w:rsidRDefault="00000000" w:rsidP="00855F3A">
      <w:pPr>
        <w:spacing w:after="0" w:line="240" w:lineRule="auto"/>
        <w:rPr>
          <w:rFonts w:ascii="ＭＳ 明朝" w:eastAsia="ＭＳ 明朝" w:hAnsi="ＭＳ 明朝"/>
          <w:color w:val="000000"/>
          <w:sz w:val="21"/>
          <w:lang w:eastAsia="ja-JP"/>
        </w:rPr>
      </w:pPr>
      <w:r>
        <w:rPr>
          <w:rFonts w:ascii="ＭＳ 明朝" w:eastAsia="ＭＳ 明朝" w:hAnsi="ＭＳ 明朝"/>
          <w:color w:val="000000"/>
          <w:sz w:val="21"/>
          <w:lang w:eastAsia="ja-JP"/>
        </w:rPr>
        <w:t>５．費用見積もり（初期構築費、年間運用費の内訳明示）</w:t>
      </w:r>
    </w:p>
    <w:p w14:paraId="39857168" w14:textId="77777777" w:rsidR="00855F3A" w:rsidRDefault="00855F3A" w:rsidP="00855F3A">
      <w:pPr>
        <w:spacing w:after="0" w:line="240" w:lineRule="auto"/>
        <w:rPr>
          <w:lang w:eastAsia="ja-JP"/>
        </w:rPr>
      </w:pPr>
    </w:p>
    <w:p w14:paraId="48803E64" w14:textId="77777777" w:rsidR="000A6F82" w:rsidRDefault="00000000" w:rsidP="00855F3A">
      <w:pPr>
        <w:spacing w:after="0" w:line="240" w:lineRule="auto"/>
        <w:rPr>
          <w:rFonts w:ascii="ＭＳ 明朝" w:eastAsia="ＭＳ 明朝" w:hAnsi="ＭＳ 明朝"/>
          <w:color w:val="000000"/>
          <w:sz w:val="21"/>
          <w:lang w:eastAsia="ja-JP"/>
        </w:rPr>
      </w:pPr>
      <w:r>
        <w:rPr>
          <w:rFonts w:ascii="ＭＳ 明朝" w:eastAsia="ＭＳ 明朝" w:hAnsi="ＭＳ 明朝"/>
          <w:color w:val="000000"/>
          <w:sz w:val="21"/>
          <w:lang w:eastAsia="ja-JP"/>
        </w:rPr>
        <w:t>６．追加提案（任意）</w:t>
      </w:r>
    </w:p>
    <w:p w14:paraId="3839F868" w14:textId="77777777" w:rsidR="0070112A" w:rsidRDefault="0070112A" w:rsidP="00855F3A">
      <w:pPr>
        <w:spacing w:after="0" w:line="240" w:lineRule="auto"/>
        <w:rPr>
          <w:rFonts w:ascii="ＭＳ 明朝" w:eastAsia="ＭＳ 明朝" w:hAnsi="ＭＳ 明朝"/>
          <w:color w:val="000000"/>
          <w:sz w:val="21"/>
          <w:lang w:eastAsia="ja-JP"/>
        </w:rPr>
      </w:pPr>
    </w:p>
    <w:p w14:paraId="7AE65C17" w14:textId="60F4DE69" w:rsidR="000A6F82" w:rsidRDefault="00000000" w:rsidP="00855F3A">
      <w:pPr>
        <w:spacing w:after="0" w:line="240" w:lineRule="auto"/>
        <w:rPr>
          <w:rFonts w:ascii="ＭＳ 明朝" w:eastAsia="ＭＳ 明朝" w:hAnsi="ＭＳ 明朝"/>
          <w:color w:val="000000"/>
          <w:sz w:val="19"/>
          <w:lang w:eastAsia="ja-JP"/>
        </w:rPr>
      </w:pPr>
      <w:r>
        <w:rPr>
          <w:rFonts w:ascii="ＭＳ 明朝" w:eastAsia="ＭＳ 明朝" w:hAnsi="ＭＳ 明朝"/>
          <w:color w:val="000000"/>
          <w:sz w:val="19"/>
          <w:lang w:eastAsia="ja-JP"/>
        </w:rPr>
        <w:t>※別途指定の「要件・提案対比表」</w:t>
      </w:r>
      <w:r w:rsidR="0070112A">
        <w:rPr>
          <w:rFonts w:ascii="ＭＳ 明朝" w:eastAsia="ＭＳ 明朝" w:hAnsi="ＭＳ 明朝" w:hint="eastAsia"/>
          <w:color w:val="000000"/>
          <w:sz w:val="19"/>
          <w:lang w:eastAsia="ja-JP"/>
        </w:rPr>
        <w:t>（様式５）</w:t>
      </w:r>
      <w:r>
        <w:rPr>
          <w:rFonts w:ascii="ＭＳ 明朝" w:eastAsia="ＭＳ 明朝" w:hAnsi="ＭＳ 明朝"/>
          <w:color w:val="000000"/>
          <w:sz w:val="19"/>
          <w:lang w:eastAsia="ja-JP"/>
        </w:rPr>
        <w:t>を添付の上、各提案内容の該当ページを明記してください。</w:t>
      </w:r>
    </w:p>
    <w:p w14:paraId="11FB4774" w14:textId="77777777" w:rsidR="00587D61" w:rsidRDefault="00587D61" w:rsidP="00855F3A">
      <w:pPr>
        <w:spacing w:after="0" w:line="240" w:lineRule="auto"/>
        <w:rPr>
          <w:rFonts w:hAnsi="ＭＳ 明朝"/>
          <w:szCs w:val="21"/>
          <w:lang w:eastAsia="ja-JP"/>
        </w:rPr>
      </w:pPr>
      <w:r>
        <w:rPr>
          <w:rFonts w:hAnsi="ＭＳ 明朝"/>
          <w:szCs w:val="21"/>
          <w:lang w:eastAsia="ja-JP"/>
        </w:rPr>
        <w:br w:type="page"/>
      </w:r>
    </w:p>
    <w:p w14:paraId="138D3FD3" w14:textId="2BFD2C63" w:rsidR="000A6F82" w:rsidRDefault="00000000">
      <w:pPr>
        <w:spacing w:after="80"/>
      </w:pPr>
      <w:r>
        <w:rPr>
          <w:rFonts w:ascii="ＭＳ 明朝" w:eastAsia="ＭＳ 明朝" w:hAnsi="ＭＳ 明朝"/>
          <w:color w:val="000000"/>
          <w:sz w:val="21"/>
        </w:rPr>
        <w:lastRenderedPageBreak/>
        <w:t>（</w:t>
      </w:r>
      <w:proofErr w:type="spellStart"/>
      <w:r>
        <w:rPr>
          <w:rFonts w:ascii="ＭＳ 明朝" w:eastAsia="ＭＳ 明朝" w:hAnsi="ＭＳ 明朝"/>
          <w:color w:val="000000"/>
          <w:sz w:val="21"/>
        </w:rPr>
        <w:t>様式</w:t>
      </w:r>
      <w:proofErr w:type="spellEnd"/>
      <w:r w:rsidR="003B1E01">
        <w:rPr>
          <w:rFonts w:ascii="ＭＳ 明朝" w:eastAsia="ＭＳ 明朝" w:hAnsi="ＭＳ 明朝" w:hint="eastAsia"/>
          <w:color w:val="000000"/>
          <w:sz w:val="21"/>
          <w:lang w:eastAsia="ja-JP"/>
        </w:rPr>
        <w:t>６</w:t>
      </w:r>
      <w:r>
        <w:rPr>
          <w:rFonts w:ascii="ＭＳ 明朝" w:eastAsia="ＭＳ 明朝" w:hAnsi="ＭＳ 明朝"/>
          <w:color w:val="000000"/>
          <w:sz w:val="21"/>
        </w:rPr>
        <w:t>）</w:t>
      </w:r>
    </w:p>
    <w:p w14:paraId="2CD6302F" w14:textId="3D7355F5" w:rsidR="000A6F82" w:rsidRDefault="00000000">
      <w:pPr>
        <w:spacing w:after="240"/>
        <w:jc w:val="right"/>
      </w:pPr>
      <w:r>
        <w:rPr>
          <w:rFonts w:ascii="ＭＳ 明朝" w:eastAsia="ＭＳ 明朝" w:hAnsi="ＭＳ 明朝"/>
          <w:color w:val="000000"/>
          <w:sz w:val="21"/>
        </w:rPr>
        <w:t>令和８年</w:t>
      </w:r>
      <w:r w:rsidR="007F7BCA">
        <w:rPr>
          <w:rFonts w:ascii="ＭＳ 明朝" w:eastAsia="ＭＳ 明朝" w:hAnsi="ＭＳ 明朝" w:hint="eastAsia"/>
          <w:color w:val="000000"/>
          <w:sz w:val="21"/>
          <w:lang w:eastAsia="ja-JP"/>
        </w:rPr>
        <w:t xml:space="preserve">　　</w:t>
      </w:r>
      <w:r>
        <w:rPr>
          <w:rFonts w:ascii="ＭＳ 明朝" w:eastAsia="ＭＳ 明朝" w:hAnsi="ＭＳ 明朝"/>
          <w:color w:val="000000"/>
          <w:sz w:val="21"/>
        </w:rPr>
        <w:t>月　　日</w:t>
      </w:r>
    </w:p>
    <w:p w14:paraId="30034D32" w14:textId="77777777" w:rsidR="000A6F82" w:rsidRPr="00623AC1" w:rsidRDefault="00000000">
      <w:pPr>
        <w:spacing w:before="120" w:after="360"/>
        <w:jc w:val="center"/>
        <w:rPr>
          <w:rFonts w:asciiTheme="majorEastAsia" w:eastAsiaTheme="majorEastAsia" w:hAnsiTheme="majorEastAsia"/>
          <w:sz w:val="21"/>
          <w:szCs w:val="21"/>
        </w:rPr>
      </w:pPr>
      <w:r w:rsidRPr="00623AC1">
        <w:rPr>
          <w:rFonts w:asciiTheme="majorEastAsia" w:eastAsiaTheme="majorEastAsia" w:hAnsiTheme="majorEastAsia"/>
          <w:color w:val="000000"/>
          <w:sz w:val="24"/>
          <w:szCs w:val="21"/>
        </w:rPr>
        <w:t>質問票</w:t>
      </w:r>
    </w:p>
    <w:tbl>
      <w:tblPr>
        <w:tblW w:w="0" w:type="auto"/>
        <w:jc w:val="center"/>
        <w:tblLayout w:type="fixed"/>
        <w:tblLook w:val="04A0" w:firstRow="1" w:lastRow="0" w:firstColumn="1" w:lastColumn="0" w:noHBand="0" w:noVBand="1"/>
      </w:tblPr>
      <w:tblGrid>
        <w:gridCol w:w="2592"/>
        <w:gridCol w:w="6480"/>
      </w:tblGrid>
      <w:tr w:rsidR="000A6F82" w14:paraId="01BE6F4A" w14:textId="77777777">
        <w:trPr>
          <w:jc w:val="center"/>
        </w:trPr>
        <w:tc>
          <w:tcPr>
            <w:tcW w:w="2592" w:type="dxa"/>
            <w:tcBorders>
              <w:top w:val="single" w:sz="4" w:space="0" w:color="000000"/>
              <w:left w:val="single" w:sz="4" w:space="0" w:color="000000"/>
              <w:bottom w:val="single" w:sz="4" w:space="0" w:color="000000"/>
              <w:right w:val="single" w:sz="4" w:space="0" w:color="000000"/>
            </w:tcBorders>
            <w:vAlign w:val="center"/>
          </w:tcPr>
          <w:p w14:paraId="09B55401" w14:textId="77777777" w:rsidR="000A6F82" w:rsidRDefault="00000000">
            <w:pPr>
              <w:spacing w:before="80" w:after="80"/>
            </w:pPr>
            <w:r>
              <w:rPr>
                <w:rFonts w:ascii="ＭＳ 明朝" w:eastAsia="ＭＳ 明朝" w:hAnsi="ＭＳ 明朝"/>
                <w:color w:val="000000"/>
                <w:sz w:val="20"/>
              </w:rPr>
              <w:t>商号または名称</w:t>
            </w:r>
          </w:p>
        </w:tc>
        <w:tc>
          <w:tcPr>
            <w:tcW w:w="6480" w:type="dxa"/>
            <w:tcBorders>
              <w:top w:val="single" w:sz="4" w:space="0" w:color="000000"/>
              <w:left w:val="single" w:sz="4" w:space="0" w:color="000000"/>
              <w:bottom w:val="single" w:sz="4" w:space="0" w:color="000000"/>
              <w:right w:val="single" w:sz="4" w:space="0" w:color="000000"/>
            </w:tcBorders>
            <w:vAlign w:val="center"/>
          </w:tcPr>
          <w:p w14:paraId="0C645FDE" w14:textId="77777777" w:rsidR="000A6F82" w:rsidRDefault="000A6F82">
            <w:pPr>
              <w:spacing w:before="80" w:after="80"/>
            </w:pPr>
          </w:p>
        </w:tc>
      </w:tr>
      <w:tr w:rsidR="000A6F82" w14:paraId="215D3A30" w14:textId="77777777">
        <w:trPr>
          <w:jc w:val="center"/>
        </w:trPr>
        <w:tc>
          <w:tcPr>
            <w:tcW w:w="2592" w:type="dxa"/>
            <w:tcBorders>
              <w:top w:val="single" w:sz="4" w:space="0" w:color="000000"/>
              <w:left w:val="single" w:sz="4" w:space="0" w:color="000000"/>
              <w:bottom w:val="single" w:sz="4" w:space="0" w:color="000000"/>
              <w:right w:val="single" w:sz="4" w:space="0" w:color="000000"/>
            </w:tcBorders>
            <w:vAlign w:val="center"/>
          </w:tcPr>
          <w:p w14:paraId="01C020BC" w14:textId="77777777" w:rsidR="000A6F82" w:rsidRDefault="00000000">
            <w:pPr>
              <w:spacing w:before="80" w:after="80"/>
            </w:pPr>
            <w:r>
              <w:rPr>
                <w:rFonts w:ascii="ＭＳ 明朝" w:eastAsia="ＭＳ 明朝" w:hAnsi="ＭＳ 明朝"/>
                <w:color w:val="000000"/>
                <w:sz w:val="20"/>
              </w:rPr>
              <w:t>担当者職・氏名</w:t>
            </w:r>
          </w:p>
        </w:tc>
        <w:tc>
          <w:tcPr>
            <w:tcW w:w="6480" w:type="dxa"/>
            <w:tcBorders>
              <w:top w:val="single" w:sz="4" w:space="0" w:color="000000"/>
              <w:left w:val="single" w:sz="4" w:space="0" w:color="000000"/>
              <w:bottom w:val="single" w:sz="4" w:space="0" w:color="000000"/>
              <w:right w:val="single" w:sz="4" w:space="0" w:color="000000"/>
            </w:tcBorders>
            <w:vAlign w:val="center"/>
          </w:tcPr>
          <w:p w14:paraId="42B47E47" w14:textId="77777777" w:rsidR="000A6F82" w:rsidRDefault="000A6F82">
            <w:pPr>
              <w:spacing w:before="80" w:after="80"/>
            </w:pPr>
          </w:p>
        </w:tc>
      </w:tr>
      <w:tr w:rsidR="000A6F82" w14:paraId="13EAAB5A" w14:textId="77777777">
        <w:trPr>
          <w:jc w:val="center"/>
        </w:trPr>
        <w:tc>
          <w:tcPr>
            <w:tcW w:w="2592" w:type="dxa"/>
            <w:tcBorders>
              <w:top w:val="single" w:sz="4" w:space="0" w:color="000000"/>
              <w:left w:val="single" w:sz="4" w:space="0" w:color="000000"/>
              <w:bottom w:val="single" w:sz="4" w:space="0" w:color="000000"/>
              <w:right w:val="single" w:sz="4" w:space="0" w:color="000000"/>
            </w:tcBorders>
            <w:vAlign w:val="center"/>
          </w:tcPr>
          <w:p w14:paraId="108E11D1" w14:textId="77777777" w:rsidR="000A6F82" w:rsidRDefault="00000000">
            <w:pPr>
              <w:spacing w:before="80" w:after="80"/>
              <w:rPr>
                <w:lang w:eastAsia="ja-JP"/>
              </w:rPr>
            </w:pPr>
            <w:r>
              <w:rPr>
                <w:rFonts w:ascii="ＭＳ 明朝" w:eastAsia="ＭＳ 明朝" w:hAnsi="ＭＳ 明朝"/>
                <w:color w:val="000000"/>
                <w:sz w:val="20"/>
                <w:lang w:eastAsia="ja-JP"/>
              </w:rPr>
              <w:t>連絡先（電話・メール）</w:t>
            </w:r>
          </w:p>
        </w:tc>
        <w:tc>
          <w:tcPr>
            <w:tcW w:w="6480" w:type="dxa"/>
            <w:tcBorders>
              <w:top w:val="single" w:sz="4" w:space="0" w:color="000000"/>
              <w:left w:val="single" w:sz="4" w:space="0" w:color="000000"/>
              <w:bottom w:val="single" w:sz="4" w:space="0" w:color="000000"/>
              <w:right w:val="single" w:sz="4" w:space="0" w:color="000000"/>
            </w:tcBorders>
            <w:vAlign w:val="center"/>
          </w:tcPr>
          <w:p w14:paraId="354E3241" w14:textId="77777777" w:rsidR="000A6F82" w:rsidRDefault="000A6F82">
            <w:pPr>
              <w:spacing w:before="80" w:after="80"/>
              <w:rPr>
                <w:lang w:eastAsia="ja-JP"/>
              </w:rPr>
            </w:pPr>
          </w:p>
        </w:tc>
      </w:tr>
    </w:tbl>
    <w:p w14:paraId="2CBC56F7" w14:textId="77777777" w:rsidR="000A6F82" w:rsidRDefault="000A6F82">
      <w:pPr>
        <w:spacing w:after="160"/>
        <w:rPr>
          <w:lang w:eastAsia="ja-JP"/>
        </w:rPr>
      </w:pPr>
    </w:p>
    <w:tbl>
      <w:tblPr>
        <w:tblW w:w="0" w:type="auto"/>
        <w:jc w:val="center"/>
        <w:tblLayout w:type="fixed"/>
        <w:tblLook w:val="04A0" w:firstRow="1" w:lastRow="0" w:firstColumn="1" w:lastColumn="0" w:noHBand="0" w:noVBand="1"/>
      </w:tblPr>
      <w:tblGrid>
        <w:gridCol w:w="702"/>
        <w:gridCol w:w="3042"/>
        <w:gridCol w:w="5328"/>
      </w:tblGrid>
      <w:tr w:rsidR="000A6F82" w14:paraId="36C323FF" w14:textId="77777777" w:rsidTr="00332589">
        <w:trPr>
          <w:jc w:val="center"/>
        </w:trPr>
        <w:tc>
          <w:tcPr>
            <w:tcW w:w="702" w:type="dxa"/>
            <w:tcBorders>
              <w:top w:val="single" w:sz="4" w:space="0" w:color="000000"/>
              <w:left w:val="single" w:sz="4" w:space="0" w:color="000000"/>
              <w:bottom w:val="single" w:sz="4" w:space="0" w:color="000000"/>
              <w:right w:val="single" w:sz="4" w:space="0" w:color="000000"/>
            </w:tcBorders>
            <w:vAlign w:val="center"/>
          </w:tcPr>
          <w:p w14:paraId="50610F35" w14:textId="77777777" w:rsidR="000A6F82" w:rsidRDefault="00000000">
            <w:pPr>
              <w:spacing w:before="80" w:after="80"/>
              <w:jc w:val="center"/>
            </w:pPr>
            <w:proofErr w:type="spellStart"/>
            <w:r>
              <w:rPr>
                <w:rFonts w:ascii="ＭＳ 明朝" w:eastAsia="ＭＳ 明朝" w:hAnsi="ＭＳ 明朝"/>
                <w:color w:val="000000"/>
                <w:sz w:val="19"/>
              </w:rPr>
              <w:t>番号</w:t>
            </w:r>
            <w:proofErr w:type="spellEnd"/>
          </w:p>
        </w:tc>
        <w:tc>
          <w:tcPr>
            <w:tcW w:w="3042" w:type="dxa"/>
            <w:tcBorders>
              <w:top w:val="single" w:sz="4" w:space="0" w:color="000000"/>
              <w:left w:val="single" w:sz="4" w:space="0" w:color="000000"/>
              <w:bottom w:val="single" w:sz="4" w:space="0" w:color="000000"/>
              <w:right w:val="single" w:sz="4" w:space="0" w:color="000000"/>
            </w:tcBorders>
            <w:vAlign w:val="center"/>
          </w:tcPr>
          <w:p w14:paraId="3691370D" w14:textId="77777777" w:rsidR="000A6F82" w:rsidRDefault="00000000">
            <w:pPr>
              <w:spacing w:before="80" w:after="80"/>
              <w:jc w:val="center"/>
            </w:pPr>
            <w:r>
              <w:rPr>
                <w:rFonts w:ascii="ＭＳ 明朝" w:eastAsia="ＭＳ 明朝" w:hAnsi="ＭＳ 明朝"/>
                <w:color w:val="000000"/>
                <w:sz w:val="19"/>
              </w:rPr>
              <w:t>該当箇所（章節）</w:t>
            </w:r>
          </w:p>
        </w:tc>
        <w:tc>
          <w:tcPr>
            <w:tcW w:w="5328" w:type="dxa"/>
            <w:tcBorders>
              <w:top w:val="single" w:sz="4" w:space="0" w:color="000000"/>
              <w:left w:val="single" w:sz="4" w:space="0" w:color="000000"/>
              <w:bottom w:val="single" w:sz="4" w:space="0" w:color="000000"/>
              <w:right w:val="single" w:sz="4" w:space="0" w:color="000000"/>
            </w:tcBorders>
            <w:vAlign w:val="center"/>
          </w:tcPr>
          <w:p w14:paraId="7BF9BC8B" w14:textId="77777777" w:rsidR="000A6F82" w:rsidRDefault="00000000">
            <w:pPr>
              <w:spacing w:before="80" w:after="80"/>
              <w:jc w:val="center"/>
            </w:pPr>
            <w:r>
              <w:rPr>
                <w:rFonts w:ascii="ＭＳ 明朝" w:eastAsia="ＭＳ 明朝" w:hAnsi="ＭＳ 明朝"/>
                <w:color w:val="000000"/>
                <w:sz w:val="19"/>
              </w:rPr>
              <w:t>質問内容</w:t>
            </w:r>
          </w:p>
        </w:tc>
      </w:tr>
      <w:tr w:rsidR="000A6F82" w14:paraId="36A11A04" w14:textId="77777777" w:rsidTr="00332589">
        <w:trPr>
          <w:jc w:val="center"/>
        </w:trPr>
        <w:tc>
          <w:tcPr>
            <w:tcW w:w="702" w:type="dxa"/>
            <w:tcBorders>
              <w:top w:val="single" w:sz="4" w:space="0" w:color="000000"/>
              <w:left w:val="single" w:sz="4" w:space="0" w:color="000000"/>
              <w:bottom w:val="single" w:sz="4" w:space="0" w:color="000000"/>
              <w:right w:val="single" w:sz="4" w:space="0" w:color="000000"/>
            </w:tcBorders>
            <w:vAlign w:val="center"/>
          </w:tcPr>
          <w:p w14:paraId="7748BF15" w14:textId="77777777" w:rsidR="000A6F82" w:rsidRPr="00623AC1" w:rsidRDefault="00000000">
            <w:pPr>
              <w:spacing w:before="200"/>
              <w:jc w:val="center"/>
              <w:rPr>
                <w:sz w:val="21"/>
                <w:szCs w:val="21"/>
              </w:rPr>
            </w:pPr>
            <w:r w:rsidRPr="00623AC1">
              <w:rPr>
                <w:rFonts w:ascii="ＭＳ 明朝" w:eastAsia="ＭＳ 明朝" w:hAnsi="ＭＳ 明朝"/>
                <w:color w:val="000000"/>
                <w:sz w:val="21"/>
                <w:szCs w:val="21"/>
              </w:rPr>
              <w:t>1</w:t>
            </w:r>
          </w:p>
        </w:tc>
        <w:tc>
          <w:tcPr>
            <w:tcW w:w="3042" w:type="dxa"/>
            <w:tcBorders>
              <w:top w:val="single" w:sz="4" w:space="0" w:color="000000"/>
              <w:left w:val="single" w:sz="4" w:space="0" w:color="000000"/>
              <w:bottom w:val="single" w:sz="4" w:space="0" w:color="000000"/>
              <w:right w:val="single" w:sz="4" w:space="0" w:color="000000"/>
            </w:tcBorders>
            <w:vAlign w:val="center"/>
          </w:tcPr>
          <w:p w14:paraId="3CD7737A" w14:textId="77777777" w:rsidR="000A6F82" w:rsidRPr="00623AC1" w:rsidRDefault="000A6F82">
            <w:pPr>
              <w:spacing w:before="200"/>
              <w:rPr>
                <w:sz w:val="21"/>
                <w:szCs w:val="21"/>
              </w:rPr>
            </w:pPr>
          </w:p>
        </w:tc>
        <w:tc>
          <w:tcPr>
            <w:tcW w:w="5328" w:type="dxa"/>
            <w:tcBorders>
              <w:top w:val="single" w:sz="4" w:space="0" w:color="000000"/>
              <w:left w:val="single" w:sz="4" w:space="0" w:color="000000"/>
              <w:bottom w:val="single" w:sz="4" w:space="0" w:color="000000"/>
              <w:right w:val="single" w:sz="4" w:space="0" w:color="000000"/>
            </w:tcBorders>
            <w:vAlign w:val="center"/>
          </w:tcPr>
          <w:p w14:paraId="3075EA0F" w14:textId="77777777" w:rsidR="000A6F82" w:rsidRPr="00623AC1" w:rsidRDefault="000A6F82">
            <w:pPr>
              <w:spacing w:before="200"/>
              <w:rPr>
                <w:sz w:val="21"/>
                <w:szCs w:val="21"/>
              </w:rPr>
            </w:pPr>
          </w:p>
        </w:tc>
      </w:tr>
      <w:tr w:rsidR="000A6F82" w14:paraId="19680ED7" w14:textId="77777777" w:rsidTr="00332589">
        <w:trPr>
          <w:jc w:val="center"/>
        </w:trPr>
        <w:tc>
          <w:tcPr>
            <w:tcW w:w="702" w:type="dxa"/>
            <w:tcBorders>
              <w:top w:val="single" w:sz="4" w:space="0" w:color="000000"/>
              <w:left w:val="single" w:sz="4" w:space="0" w:color="000000"/>
              <w:bottom w:val="single" w:sz="4" w:space="0" w:color="000000"/>
              <w:right w:val="single" w:sz="4" w:space="0" w:color="000000"/>
            </w:tcBorders>
            <w:vAlign w:val="center"/>
          </w:tcPr>
          <w:p w14:paraId="5D6FD9C0" w14:textId="77777777" w:rsidR="000A6F82" w:rsidRPr="00623AC1" w:rsidRDefault="00000000">
            <w:pPr>
              <w:spacing w:before="200"/>
              <w:jc w:val="center"/>
              <w:rPr>
                <w:sz w:val="21"/>
                <w:szCs w:val="21"/>
              </w:rPr>
            </w:pPr>
            <w:r w:rsidRPr="00623AC1">
              <w:rPr>
                <w:rFonts w:ascii="ＭＳ 明朝" w:eastAsia="ＭＳ 明朝" w:hAnsi="ＭＳ 明朝"/>
                <w:color w:val="000000"/>
                <w:sz w:val="21"/>
                <w:szCs w:val="21"/>
              </w:rPr>
              <w:t>2</w:t>
            </w:r>
          </w:p>
        </w:tc>
        <w:tc>
          <w:tcPr>
            <w:tcW w:w="3042" w:type="dxa"/>
            <w:tcBorders>
              <w:top w:val="single" w:sz="4" w:space="0" w:color="000000"/>
              <w:left w:val="single" w:sz="4" w:space="0" w:color="000000"/>
              <w:bottom w:val="single" w:sz="4" w:space="0" w:color="000000"/>
              <w:right w:val="single" w:sz="4" w:space="0" w:color="000000"/>
            </w:tcBorders>
            <w:vAlign w:val="center"/>
          </w:tcPr>
          <w:p w14:paraId="270193D6" w14:textId="77777777" w:rsidR="000A6F82" w:rsidRPr="00623AC1" w:rsidRDefault="000A6F82">
            <w:pPr>
              <w:spacing w:before="200"/>
              <w:rPr>
                <w:sz w:val="21"/>
                <w:szCs w:val="21"/>
              </w:rPr>
            </w:pPr>
          </w:p>
        </w:tc>
        <w:tc>
          <w:tcPr>
            <w:tcW w:w="5328" w:type="dxa"/>
            <w:tcBorders>
              <w:top w:val="single" w:sz="4" w:space="0" w:color="000000"/>
              <w:left w:val="single" w:sz="4" w:space="0" w:color="000000"/>
              <w:bottom w:val="single" w:sz="4" w:space="0" w:color="000000"/>
              <w:right w:val="single" w:sz="4" w:space="0" w:color="000000"/>
            </w:tcBorders>
            <w:vAlign w:val="center"/>
          </w:tcPr>
          <w:p w14:paraId="0291409A" w14:textId="77777777" w:rsidR="000A6F82" w:rsidRPr="00623AC1" w:rsidRDefault="000A6F82">
            <w:pPr>
              <w:spacing w:before="200"/>
              <w:rPr>
                <w:sz w:val="21"/>
                <w:szCs w:val="21"/>
              </w:rPr>
            </w:pPr>
          </w:p>
        </w:tc>
      </w:tr>
      <w:tr w:rsidR="000A6F82" w14:paraId="4B6317D5" w14:textId="77777777" w:rsidTr="00332589">
        <w:trPr>
          <w:jc w:val="center"/>
        </w:trPr>
        <w:tc>
          <w:tcPr>
            <w:tcW w:w="702" w:type="dxa"/>
            <w:tcBorders>
              <w:top w:val="single" w:sz="4" w:space="0" w:color="000000"/>
              <w:left w:val="single" w:sz="4" w:space="0" w:color="000000"/>
              <w:bottom w:val="single" w:sz="4" w:space="0" w:color="000000"/>
              <w:right w:val="single" w:sz="4" w:space="0" w:color="000000"/>
            </w:tcBorders>
            <w:vAlign w:val="center"/>
          </w:tcPr>
          <w:p w14:paraId="480E1F1B" w14:textId="77777777" w:rsidR="000A6F82" w:rsidRPr="00623AC1" w:rsidRDefault="00000000">
            <w:pPr>
              <w:spacing w:before="200"/>
              <w:jc w:val="center"/>
              <w:rPr>
                <w:sz w:val="21"/>
                <w:szCs w:val="21"/>
              </w:rPr>
            </w:pPr>
            <w:r w:rsidRPr="00623AC1">
              <w:rPr>
                <w:rFonts w:ascii="ＭＳ 明朝" w:eastAsia="ＭＳ 明朝" w:hAnsi="ＭＳ 明朝"/>
                <w:color w:val="000000"/>
                <w:sz w:val="21"/>
                <w:szCs w:val="21"/>
              </w:rPr>
              <w:t>3</w:t>
            </w:r>
          </w:p>
        </w:tc>
        <w:tc>
          <w:tcPr>
            <w:tcW w:w="3042" w:type="dxa"/>
            <w:tcBorders>
              <w:top w:val="single" w:sz="4" w:space="0" w:color="000000"/>
              <w:left w:val="single" w:sz="4" w:space="0" w:color="000000"/>
              <w:bottom w:val="single" w:sz="4" w:space="0" w:color="000000"/>
              <w:right w:val="single" w:sz="4" w:space="0" w:color="000000"/>
            </w:tcBorders>
            <w:vAlign w:val="center"/>
          </w:tcPr>
          <w:p w14:paraId="60CC26D9" w14:textId="77777777" w:rsidR="000A6F82" w:rsidRPr="00623AC1" w:rsidRDefault="000A6F82">
            <w:pPr>
              <w:spacing w:before="200"/>
              <w:rPr>
                <w:sz w:val="21"/>
                <w:szCs w:val="21"/>
              </w:rPr>
            </w:pPr>
          </w:p>
        </w:tc>
        <w:tc>
          <w:tcPr>
            <w:tcW w:w="5328" w:type="dxa"/>
            <w:tcBorders>
              <w:top w:val="single" w:sz="4" w:space="0" w:color="000000"/>
              <w:left w:val="single" w:sz="4" w:space="0" w:color="000000"/>
              <w:bottom w:val="single" w:sz="4" w:space="0" w:color="000000"/>
              <w:right w:val="single" w:sz="4" w:space="0" w:color="000000"/>
            </w:tcBorders>
            <w:vAlign w:val="center"/>
          </w:tcPr>
          <w:p w14:paraId="12FB3D15" w14:textId="77777777" w:rsidR="000A6F82" w:rsidRPr="00623AC1" w:rsidRDefault="000A6F82">
            <w:pPr>
              <w:spacing w:before="200"/>
              <w:rPr>
                <w:sz w:val="21"/>
                <w:szCs w:val="21"/>
              </w:rPr>
            </w:pPr>
          </w:p>
        </w:tc>
      </w:tr>
    </w:tbl>
    <w:p w14:paraId="2AC286DF" w14:textId="203FD707" w:rsidR="0070112A" w:rsidRDefault="0070112A"/>
    <w:p w14:paraId="4C28EA3B" w14:textId="77777777" w:rsidR="0070112A" w:rsidRDefault="0070112A">
      <w:r>
        <w:br w:type="page"/>
      </w:r>
    </w:p>
    <w:p w14:paraId="03BCD9AE" w14:textId="097F3CB6" w:rsidR="000A6F82" w:rsidRDefault="00000000">
      <w:pPr>
        <w:spacing w:after="80"/>
      </w:pPr>
      <w:r>
        <w:rPr>
          <w:rFonts w:ascii="ＭＳ 明朝" w:eastAsia="ＭＳ 明朝" w:hAnsi="ＭＳ 明朝"/>
          <w:color w:val="000000"/>
          <w:sz w:val="21"/>
        </w:rPr>
        <w:lastRenderedPageBreak/>
        <w:t>（</w:t>
      </w:r>
      <w:proofErr w:type="spellStart"/>
      <w:r>
        <w:rPr>
          <w:rFonts w:ascii="ＭＳ 明朝" w:eastAsia="ＭＳ 明朝" w:hAnsi="ＭＳ 明朝"/>
          <w:color w:val="000000"/>
          <w:sz w:val="21"/>
        </w:rPr>
        <w:t>様式</w:t>
      </w:r>
      <w:proofErr w:type="spellEnd"/>
      <w:r w:rsidR="003B1E01">
        <w:rPr>
          <w:rFonts w:ascii="ＭＳ 明朝" w:eastAsia="ＭＳ 明朝" w:hAnsi="ＭＳ 明朝" w:hint="eastAsia"/>
          <w:color w:val="000000"/>
          <w:sz w:val="21"/>
          <w:lang w:eastAsia="ja-JP"/>
        </w:rPr>
        <w:t>７</w:t>
      </w:r>
      <w:r>
        <w:rPr>
          <w:rFonts w:ascii="ＭＳ 明朝" w:eastAsia="ＭＳ 明朝" w:hAnsi="ＭＳ 明朝"/>
          <w:color w:val="000000"/>
          <w:sz w:val="21"/>
        </w:rPr>
        <w:t>）</w:t>
      </w:r>
    </w:p>
    <w:p w14:paraId="7EF79251" w14:textId="0648A3F3" w:rsidR="000A6F82" w:rsidRDefault="00000000">
      <w:pPr>
        <w:spacing w:after="240"/>
        <w:jc w:val="right"/>
      </w:pPr>
      <w:r>
        <w:rPr>
          <w:rFonts w:ascii="ＭＳ 明朝" w:eastAsia="ＭＳ 明朝" w:hAnsi="ＭＳ 明朝"/>
          <w:color w:val="000000"/>
          <w:sz w:val="21"/>
        </w:rPr>
        <w:t>令和８年</w:t>
      </w:r>
      <w:r w:rsidR="007F7BCA">
        <w:rPr>
          <w:rFonts w:ascii="ＭＳ 明朝" w:eastAsia="ＭＳ 明朝" w:hAnsi="ＭＳ 明朝" w:hint="eastAsia"/>
          <w:color w:val="000000"/>
          <w:sz w:val="21"/>
          <w:lang w:eastAsia="ja-JP"/>
        </w:rPr>
        <w:t xml:space="preserve">　　</w:t>
      </w:r>
      <w:r>
        <w:rPr>
          <w:rFonts w:ascii="ＭＳ 明朝" w:eastAsia="ＭＳ 明朝" w:hAnsi="ＭＳ 明朝"/>
          <w:color w:val="000000"/>
          <w:sz w:val="21"/>
        </w:rPr>
        <w:t>月　　日</w:t>
      </w:r>
    </w:p>
    <w:p w14:paraId="7AB530C6" w14:textId="77777777" w:rsidR="000A6F82" w:rsidRDefault="00000000">
      <w:pPr>
        <w:spacing w:after="0"/>
        <w:rPr>
          <w:lang w:eastAsia="ja-JP"/>
        </w:rPr>
      </w:pPr>
      <w:r>
        <w:rPr>
          <w:rFonts w:ascii="ＭＳ 明朝" w:eastAsia="ＭＳ 明朝" w:hAnsi="ＭＳ 明朝"/>
          <w:color w:val="000000"/>
          <w:sz w:val="21"/>
          <w:lang w:eastAsia="ja-JP"/>
        </w:rPr>
        <w:t>公益財団法人ふくい産業支援センター</w:t>
      </w:r>
    </w:p>
    <w:p w14:paraId="141D05CE" w14:textId="77777777" w:rsidR="000A6F82" w:rsidRDefault="00000000">
      <w:pPr>
        <w:spacing w:after="360"/>
        <w:rPr>
          <w:lang w:eastAsia="ja-JP"/>
        </w:rPr>
      </w:pPr>
      <w:r>
        <w:rPr>
          <w:rFonts w:ascii="ＭＳ 明朝" w:eastAsia="ＭＳ 明朝" w:hAnsi="ＭＳ 明朝"/>
          <w:color w:val="000000"/>
          <w:sz w:val="21"/>
          <w:lang w:eastAsia="ja-JP"/>
        </w:rPr>
        <w:t>理 事 長　　様</w:t>
      </w:r>
    </w:p>
    <w:p w14:paraId="0E6F9697" w14:textId="77777777" w:rsidR="00A97BF4" w:rsidRDefault="00A97BF4" w:rsidP="00A97BF4">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w:t>
      </w:r>
      <w:r>
        <w:rPr>
          <w:rFonts w:ascii="ＭＳ 明朝" w:eastAsia="ＭＳ 明朝" w:hAnsi="ＭＳ 明朝" w:hint="eastAsia"/>
          <w:color w:val="000000"/>
          <w:sz w:val="21"/>
          <w:lang w:eastAsia="ja-JP"/>
        </w:rPr>
        <w:t>申請者</w:t>
      </w:r>
      <w:r>
        <w:rPr>
          <w:rFonts w:ascii="ＭＳ 明朝" w:eastAsia="ＭＳ 明朝" w:hAnsi="ＭＳ 明朝"/>
          <w:color w:val="000000"/>
          <w:sz w:val="21"/>
          <w:lang w:eastAsia="ja-JP"/>
        </w:rPr>
        <w:t>）</w:t>
      </w:r>
    </w:p>
    <w:p w14:paraId="69F0C7D7" w14:textId="77777777" w:rsidR="00A97BF4" w:rsidRDefault="00A97BF4" w:rsidP="00A97BF4">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住　　　　所：</w:t>
      </w:r>
    </w:p>
    <w:p w14:paraId="552F6AA8" w14:textId="77777777" w:rsidR="00A97BF4" w:rsidRDefault="00A97BF4" w:rsidP="00A97BF4">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商号または名称：</w:t>
      </w:r>
    </w:p>
    <w:p w14:paraId="171B89EC" w14:textId="77777777" w:rsidR="00A97BF4" w:rsidRDefault="00A97BF4" w:rsidP="00A97BF4">
      <w:pPr>
        <w:spacing w:after="0" w:line="240" w:lineRule="auto"/>
        <w:ind w:left="2880" w:right="420" w:firstLine="720"/>
        <w:rPr>
          <w:rFonts w:ascii="ＭＳ 明朝" w:eastAsia="ＭＳ 明朝" w:hAnsi="ＭＳ 明朝"/>
          <w:color w:val="000000"/>
          <w:sz w:val="21"/>
          <w:lang w:eastAsia="ja-JP"/>
        </w:rPr>
      </w:pPr>
      <w:r>
        <w:rPr>
          <w:rFonts w:ascii="ＭＳ 明朝" w:eastAsia="ＭＳ 明朝" w:hAnsi="ＭＳ 明朝"/>
          <w:color w:val="000000"/>
          <w:sz w:val="21"/>
          <w:lang w:eastAsia="ja-JP"/>
        </w:rPr>
        <w:t>代表者職・氏名：</w:t>
      </w:r>
    </w:p>
    <w:p w14:paraId="5CEBD981" w14:textId="77777777" w:rsidR="00A97BF4" w:rsidRDefault="00A97BF4" w:rsidP="00A97BF4">
      <w:pPr>
        <w:spacing w:after="0" w:line="240" w:lineRule="auto"/>
        <w:ind w:left="2880" w:right="420" w:firstLine="720"/>
        <w:rPr>
          <w:lang w:eastAsia="ja-JP"/>
        </w:rPr>
      </w:pPr>
    </w:p>
    <w:p w14:paraId="350D0CAF" w14:textId="77777777" w:rsidR="00A97BF4" w:rsidRDefault="00A97BF4" w:rsidP="00A97BF4">
      <w:pPr>
        <w:spacing w:after="0" w:line="240" w:lineRule="auto"/>
        <w:ind w:left="2880" w:right="420" w:firstLine="720"/>
        <w:rPr>
          <w:lang w:eastAsia="ja-JP"/>
        </w:rPr>
      </w:pPr>
    </w:p>
    <w:p w14:paraId="67DE5A05" w14:textId="77777777" w:rsidR="000A6F82" w:rsidRPr="00A97BF4" w:rsidRDefault="00000000">
      <w:pPr>
        <w:spacing w:before="240" w:after="360"/>
        <w:jc w:val="center"/>
        <w:rPr>
          <w:rFonts w:asciiTheme="majorEastAsia" w:eastAsiaTheme="majorEastAsia" w:hAnsiTheme="majorEastAsia"/>
          <w:sz w:val="21"/>
          <w:szCs w:val="21"/>
          <w:lang w:eastAsia="ja-JP"/>
        </w:rPr>
      </w:pPr>
      <w:r w:rsidRPr="00A97BF4">
        <w:rPr>
          <w:rFonts w:asciiTheme="majorEastAsia" w:eastAsiaTheme="majorEastAsia" w:hAnsiTheme="majorEastAsia"/>
          <w:color w:val="000000"/>
          <w:sz w:val="24"/>
          <w:szCs w:val="21"/>
          <w:lang w:eastAsia="ja-JP"/>
        </w:rPr>
        <w:t>参加辞退届</w:t>
      </w:r>
    </w:p>
    <w:p w14:paraId="583065BB" w14:textId="23DF0586" w:rsidR="000A6F82" w:rsidRDefault="00000000">
      <w:pPr>
        <w:spacing w:after="360"/>
        <w:rPr>
          <w:lang w:eastAsia="ja-JP"/>
        </w:rPr>
      </w:pPr>
      <w:r>
        <w:rPr>
          <w:rFonts w:ascii="ＭＳ 明朝" w:eastAsia="ＭＳ 明朝" w:hAnsi="ＭＳ 明朝"/>
          <w:color w:val="000000"/>
          <w:sz w:val="21"/>
          <w:lang w:eastAsia="ja-JP"/>
        </w:rPr>
        <w:t xml:space="preserve">　令和８年　月　日付けで</w:t>
      </w:r>
      <w:r w:rsidR="007F7BCA" w:rsidRPr="007F7BCA">
        <w:rPr>
          <w:rFonts w:ascii="ＭＳ 明朝" w:eastAsia="ＭＳ 明朝" w:hAnsi="ＭＳ 明朝"/>
          <w:color w:val="000000"/>
          <w:sz w:val="21"/>
          <w:lang w:eastAsia="ja-JP"/>
        </w:rPr>
        <w:t>企画提案参加</w:t>
      </w:r>
      <w:r>
        <w:rPr>
          <w:rFonts w:ascii="ＭＳ 明朝" w:eastAsia="ＭＳ 明朝" w:hAnsi="ＭＳ 明朝"/>
          <w:color w:val="000000"/>
          <w:sz w:val="21"/>
          <w:lang w:eastAsia="ja-JP"/>
        </w:rPr>
        <w:t>申請書を提出した「ふくいナビリニューアルシステム開発業務委託」の企画提案につきまして、都合により参加を辞退いたしたくお届け出ます。</w:t>
      </w:r>
    </w:p>
    <w:sectPr w:rsidR="000A6F82" w:rsidSect="00DE6001">
      <w:pgSz w:w="11909" w:h="16834"/>
      <w:pgMar w:top="1699" w:right="1411" w:bottom="1699" w:left="1411" w:header="720" w:footer="720" w:gutter="0"/>
      <w:cols w:space="720"/>
      <w:docGrid w:type="linesAndChars" w:linePitch="335" w:charSpace="-177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6AE7944"/>
    <w:multiLevelType w:val="hybridMultilevel"/>
    <w:tmpl w:val="CD0CC202"/>
    <w:lvl w:ilvl="0" w:tplc="288498BE">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55230144">
    <w:abstractNumId w:val="8"/>
  </w:num>
  <w:num w:numId="2" w16cid:durableId="1084035986">
    <w:abstractNumId w:val="6"/>
  </w:num>
  <w:num w:numId="3" w16cid:durableId="522718116">
    <w:abstractNumId w:val="5"/>
  </w:num>
  <w:num w:numId="4" w16cid:durableId="1945262577">
    <w:abstractNumId w:val="4"/>
  </w:num>
  <w:num w:numId="5" w16cid:durableId="1061368709">
    <w:abstractNumId w:val="7"/>
  </w:num>
  <w:num w:numId="6" w16cid:durableId="811367134">
    <w:abstractNumId w:val="3"/>
  </w:num>
  <w:num w:numId="7" w16cid:durableId="989358772">
    <w:abstractNumId w:val="2"/>
  </w:num>
  <w:num w:numId="8" w16cid:durableId="121576410">
    <w:abstractNumId w:val="1"/>
  </w:num>
  <w:num w:numId="9" w16cid:durableId="1169953290">
    <w:abstractNumId w:val="0"/>
  </w:num>
  <w:num w:numId="10" w16cid:durableId="4799310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720"/>
  <w:drawingGridHorizontalSpacing w:val="211"/>
  <w:drawingGridVerticalSpacing w:val="33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F82"/>
    <w:rsid w:val="0015074B"/>
    <w:rsid w:val="0029639D"/>
    <w:rsid w:val="00326F90"/>
    <w:rsid w:val="00332589"/>
    <w:rsid w:val="003B1E01"/>
    <w:rsid w:val="00587D61"/>
    <w:rsid w:val="005B2DED"/>
    <w:rsid w:val="00623AC1"/>
    <w:rsid w:val="0062632C"/>
    <w:rsid w:val="00636B11"/>
    <w:rsid w:val="0070112A"/>
    <w:rsid w:val="007F7BCA"/>
    <w:rsid w:val="00855F3A"/>
    <w:rsid w:val="00A97BF4"/>
    <w:rsid w:val="00AA1D8D"/>
    <w:rsid w:val="00AA56D9"/>
    <w:rsid w:val="00B47730"/>
    <w:rsid w:val="00CB0664"/>
    <w:rsid w:val="00DE6001"/>
    <w:rsid w:val="00ED70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4802CE9"/>
  <w14:defaultImageDpi w14:val="300"/>
  <w15:docId w15:val="{2DE733B8-91D2-45DD-BF4B-8EC5580E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97BF4"/>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6</Pages>
  <Words>705</Words>
  <Characters>713</Characters>
  <Application>Microsoft Office Word</Application>
  <DocSecurity>0</DocSecurity>
  <Lines>89</Lines>
  <Paragraphs>101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ふくい産業支援センター</dc:creator>
  <cp:keywords/>
  <cp:lastModifiedBy>大木 哲郎（ふくい産業支援センター）</cp:lastModifiedBy>
  <cp:revision>6</cp:revision>
  <cp:lastPrinted>2026-09-28T09:27:00Z</cp:lastPrinted>
  <dcterms:created xsi:type="dcterms:W3CDTF">2013-12-23T23:15:00Z</dcterms:created>
  <dcterms:modified xsi:type="dcterms:W3CDTF">2026-09-30T05:39:00Z</dcterms:modified>
  <cp:category/>
</cp:coreProperties>
</file>